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0" w:after="40"/>
      </w:pPr>
      <w:r>
        <w:rPr>
          <w:rFonts w:ascii="Aptos Display" w:hAnsi="Aptos Display"/>
          <w:b/>
          <w:color w:val="101820"/>
          <w:sz w:val="84"/>
        </w:rPr>
        <w:t>GRAVITY</w:t>
      </w:r>
    </w:p>
    <w:p>
      <w:pPr>
        <w:spacing w:after="440"/>
        <w:pBdr>
          <w:bottom w:val="single" w:sz="18" w:space="4" w:color="C89B4A"/>
        </w:pBdr>
      </w:pPr>
      <w:r>
        <w:rPr>
          <w:rFonts w:ascii="Aptos" w:hAnsi="Aptos"/>
          <w:b/>
          <w:color w:val="C89B4A"/>
          <w:sz w:val="22"/>
        </w:rPr>
        <w:t>THE RESTAURANT LEADERSHIP SYSTEM</w:t>
      </w:r>
    </w:p>
    <w:p>
      <w:pPr>
        <w:spacing w:before="480" w:after="160"/>
      </w:pPr>
      <w:r>
        <w:rPr>
          <w:rFonts w:ascii="Aptos Display" w:hAnsi="Aptos Display"/>
          <w:b/>
          <w:color w:val="101820"/>
          <w:sz w:val="58"/>
        </w:rPr>
      </w:r>
      <w:r>
        <w:t>Restaurant AI Prompts &amp;</w:t>
        <w:br/>
        <w:t>Systems Workbook</w:t>
      </w:r>
    </w:p>
    <w:p>
      <w:pPr>
        <w:spacing w:after="360"/>
      </w:pPr>
      <w:r>
        <w:rPr>
          <w:color w:val="252A2E"/>
          <w:sz w:val="28"/>
        </w:rPr>
      </w:r>
      <w:r>
        <w:t>124 practical copy-and-paste prompts for restaurant leadership, training, facilities, controls, and verified management follow-through.</w:t>
      </w:r>
    </w:p>
    <w:p>
      <w:pPr>
        <w:pBdr>
          <w:bottom w:val="single" w:sz="4" w:space="4" w:color="E4E0D7"/>
        </w:pBdr>
      </w:pPr>
      <w:r>
        <w:rPr>
          <w:b/>
          <w:color w:val="C89B4A"/>
          <w:sz w:val="20"/>
        </w:rPr>
        <w:t>FREE GRAVITY RESOURCE</w:t>
      </w:r>
    </w:p>
    <w:p>
      <w:pPr>
        <w:spacing w:before="240"/>
      </w:pPr>
      <w:r>
        <w:rPr>
          <w:i/>
          <w:color w:val="666666"/>
          <w:sz w:val="24"/>
        </w:rPr>
        <w:t>Use AI to organize the work. Keep management judgment, real records, and verified standards in control.</w:t>
      </w:r>
    </w:p>
    <w:p>
      <w:pPr>
        <w:spacing w:before="1280"/>
      </w:pPr>
      <w:r>
        <w:rPr>
          <w:b/>
          <w:color w:val="101820"/>
          <w:sz w:val="22"/>
        </w:rPr>
      </w:r>
      <w:r>
        <w:rPr>
          <w:sz w:val="18"/>
        </w:rPr>
      </w:r>
      <w:r>
        <w:rPr>
          <w:i/>
        </w:rPr>
      </w:r>
      <w:r>
        <w:t>UPDATED DIGITAL EDITION  •  AUGUST 2026</w:t>
      </w:r>
    </w:p>
    <w:p>
      <w:r>
        <w:br w:type="page"/>
      </w:r>
    </w:p>
    <w:p>
      <w:r>
        <w:rPr>
          <w:b/>
          <w:color w:val="C89B4A"/>
          <w:sz w:val="18"/>
        </w:rPr>
        <w:t>START HERE</w:t>
      </w:r>
    </w:p>
    <w:p>
      <w:pPr>
        <w:pStyle w:val="Heading1"/>
        <w:pBdr>
          <w:bottom w:val="single" w:sz="10" w:space="4" w:color="C89B4A"/>
        </w:pBdr>
      </w:pPr>
      <w:r>
        <w:t>How to get useful answers from AI</w:t>
      </w:r>
    </w:p>
    <w:p>
      <w:r>
        <w:t>The quality of an AI answer depends heavily on the quality of the information you give it. These prompts are written to make you supply the context, evidence, goal, limits, and output format that a real manager needs.</w:t>
      </w:r>
    </w:p>
    <w:tbl>
      <w:tblPr>
        <w:tblW w:type="auto" w:w="0"/>
        <w:jc w:val="center"/>
        <w:tblLayout w:type="fixed"/>
        <w:tblLook w:firstColumn="1" w:firstRow="1" w:lastColumn="0" w:lastRow="0" w:noHBand="0" w:noVBand="1" w:val="04A0"/>
      </w:tblPr>
      <w:tblGrid>
        <w:gridCol w:w="648"/>
        <w:gridCol w:w="1872"/>
        <w:gridCol w:w="8208"/>
      </w:tblGrid>
      <w:tr>
        <w:tc>
          <w:tcPr>
            <w:tcW w:type="dxa" w:w="3427"/>
            <w:shd w:fill="101820"/>
            <w:tcMar>
              <w:top w:w="70" w:type="dxa"/>
              <w:start w:w="80" w:type="dxa"/>
              <w:bottom w:w="70" w:type="dxa"/>
              <w:end w:w="80" w:type="dxa"/>
            </w:tcMar>
          </w:tcPr>
          <w:p>
            <w:r>
              <w:rPr>
                <w:b/>
                <w:color w:val="FFFFFF"/>
                <w:sz w:val="18"/>
              </w:rPr>
            </w:r>
          </w:p>
        </w:tc>
        <w:tc>
          <w:tcPr>
            <w:tcW w:type="dxa" w:w="3427"/>
            <w:shd w:fill="101820"/>
            <w:tcMar>
              <w:top w:w="70" w:type="dxa"/>
              <w:start w:w="80" w:type="dxa"/>
              <w:bottom w:w="70" w:type="dxa"/>
              <w:end w:w="80" w:type="dxa"/>
            </w:tcMar>
          </w:tcPr>
          <w:p>
            <w:r>
              <w:rPr>
                <w:b/>
                <w:color w:val="FFFFFF"/>
                <w:sz w:val="18"/>
              </w:rPr>
              <w:t>GRAVITY AI PROMPT FORMULA</w:t>
            </w:r>
          </w:p>
        </w:tc>
        <w:tc>
          <w:tcPr>
            <w:tcW w:type="dxa" w:w="3427"/>
            <w:shd w:fill="101820"/>
            <w:tcMar>
              <w:top w:w="70" w:type="dxa"/>
              <w:start w:w="80" w:type="dxa"/>
              <w:bottom w:w="70" w:type="dxa"/>
              <w:end w:w="80" w:type="dxa"/>
            </w:tcMar>
          </w:tcPr>
          <w:p>
            <w:r>
              <w:rPr>
                <w:b/>
                <w:color w:val="FFFFFF"/>
                <w:sz w:val="18"/>
              </w:rPr>
            </w:r>
          </w:p>
        </w:tc>
      </w:tr>
      <w:tr>
        <w:tc>
          <w:tcPr>
            <w:tcW w:type="dxa" w:w="648"/>
            <w:tcMar>
              <w:top w:w="65" w:type="dxa"/>
              <w:start w:w="85" w:type="dxa"/>
              <w:bottom w:w="65" w:type="dxa"/>
              <w:end w:w="85" w:type="dxa"/>
            </w:tcMar>
            <w:tcBorders>
              <w:top w:val="single" w:sz="5" w:color="D8D2C5"/>
              <w:left w:val="single" w:sz="5" w:color="D8D2C5"/>
              <w:bottom w:val="single" w:sz="5" w:color="D8D2C5"/>
              <w:right w:val="single" w:sz="5" w:color="D8D2C5"/>
            </w:tcBorders>
            <w:shd w:fill="F6F4EF"/>
          </w:tcPr>
          <w:p>
            <w:r>
              <w:rPr>
                <w:b/>
                <w:color w:val="252A2E"/>
                <w:sz w:val="18"/>
              </w:rPr>
              <w:t>1</w:t>
            </w:r>
          </w:p>
        </w:tc>
        <w:tc>
          <w:tcPr>
            <w:tcW w:type="dxa" w:w="1872"/>
            <w:tcMar>
              <w:top w:w="65" w:type="dxa"/>
              <w:start w:w="85" w:type="dxa"/>
              <w:bottom w:w="65" w:type="dxa"/>
              <w:end w:w="85" w:type="dxa"/>
            </w:tcMar>
            <w:tcBorders>
              <w:top w:val="single" w:sz="5" w:color="D8D2C5"/>
              <w:left w:val="single" w:sz="5" w:color="D8D2C5"/>
              <w:bottom w:val="single" w:sz="5" w:color="D8D2C5"/>
              <w:right w:val="single" w:sz="5" w:color="D8D2C5"/>
            </w:tcBorders>
            <w:shd w:fill="F6F4EF"/>
          </w:tcPr>
          <w:p>
            <w:r>
              <w:rPr>
                <w:b/>
                <w:color w:val="252A2E"/>
                <w:sz w:val="18"/>
              </w:rPr>
              <w:t>CONTEXT</w:t>
            </w:r>
          </w:p>
        </w:tc>
        <w:tc>
          <w:tcPr>
            <w:tcW w:type="dxa" w:w="8208"/>
            <w:tcMar>
              <w:top w:w="65" w:type="dxa"/>
              <w:start w:w="85" w:type="dxa"/>
              <w:bottom w:w="65" w:type="dxa"/>
              <w:end w:w="85" w:type="dxa"/>
            </w:tcMar>
            <w:tcBorders>
              <w:top w:val="single" w:sz="5" w:color="D8D2C5"/>
              <w:left w:val="single" w:sz="5" w:color="D8D2C5"/>
              <w:bottom w:val="single" w:sz="5" w:color="D8D2C5"/>
              <w:right w:val="single" w:sz="5" w:color="D8D2C5"/>
            </w:tcBorders>
            <w:shd w:fill="F6F4EF"/>
          </w:tcPr>
          <w:p>
            <w:r>
              <w:rPr>
                <w:b w:val="0"/>
                <w:color w:val="252A2E"/>
                <w:sz w:val="18"/>
              </w:rPr>
              <w:t>What restaurant, role, station, shift, or problem are we dealing with?</w:t>
            </w:r>
          </w:p>
        </w:tc>
      </w:tr>
      <w:tr>
        <w:tc>
          <w:tcPr>
            <w:tcW w:type="dxa" w:w="648"/>
            <w:tcMar>
              <w:top w:w="65" w:type="dxa"/>
              <w:start w:w="85" w:type="dxa"/>
              <w:bottom w:w="65" w:type="dxa"/>
              <w:end w:w="85" w:type="dxa"/>
            </w:tcMar>
            <w:tcBorders>
              <w:top w:val="single" w:sz="5" w:color="D8D2C5"/>
              <w:left w:val="single" w:sz="5" w:color="D8D2C5"/>
              <w:bottom w:val="single" w:sz="5" w:color="D8D2C5"/>
              <w:right w:val="single" w:sz="5" w:color="D8D2C5"/>
            </w:tcBorders>
            <w:shd w:fill="FFFFFF"/>
          </w:tcPr>
          <w:p>
            <w:r>
              <w:rPr>
                <w:b/>
                <w:color w:val="252A2E"/>
                <w:sz w:val="18"/>
              </w:rPr>
              <w:t>2</w:t>
            </w:r>
          </w:p>
        </w:tc>
        <w:tc>
          <w:tcPr>
            <w:tcW w:type="dxa" w:w="1872"/>
            <w:tcMar>
              <w:top w:w="65" w:type="dxa"/>
              <w:start w:w="85" w:type="dxa"/>
              <w:bottom w:w="65" w:type="dxa"/>
              <w:end w:w="85" w:type="dxa"/>
            </w:tcMar>
            <w:tcBorders>
              <w:top w:val="single" w:sz="5" w:color="D8D2C5"/>
              <w:left w:val="single" w:sz="5" w:color="D8D2C5"/>
              <w:bottom w:val="single" w:sz="5" w:color="D8D2C5"/>
              <w:right w:val="single" w:sz="5" w:color="D8D2C5"/>
            </w:tcBorders>
            <w:shd w:fill="FFFFFF"/>
          </w:tcPr>
          <w:p>
            <w:r>
              <w:rPr>
                <w:b/>
                <w:color w:val="252A2E"/>
                <w:sz w:val="18"/>
              </w:rPr>
              <w:t>EVIDENCE</w:t>
            </w:r>
          </w:p>
        </w:tc>
        <w:tc>
          <w:tcPr>
            <w:tcW w:type="dxa" w:w="8208"/>
            <w:tcMar>
              <w:top w:w="65" w:type="dxa"/>
              <w:start w:w="85" w:type="dxa"/>
              <w:bottom w:w="65" w:type="dxa"/>
              <w:end w:w="85" w:type="dxa"/>
            </w:tcMar>
            <w:tcBorders>
              <w:top w:val="single" w:sz="5" w:color="D8D2C5"/>
              <w:left w:val="single" w:sz="5" w:color="D8D2C5"/>
              <w:bottom w:val="single" w:sz="5" w:color="D8D2C5"/>
              <w:right w:val="single" w:sz="5" w:color="D8D2C5"/>
            </w:tcBorders>
            <w:shd w:fill="FFFFFF"/>
          </w:tcPr>
          <w:p>
            <w:r>
              <w:rPr>
                <w:b w:val="0"/>
                <w:color w:val="252A2E"/>
                <w:sz w:val="18"/>
              </w:rPr>
              <w:t>What numbers, records, observations, or verified facts do you actually have?</w:t>
            </w:r>
          </w:p>
        </w:tc>
      </w:tr>
      <w:tr>
        <w:tc>
          <w:tcPr>
            <w:tcW w:type="dxa" w:w="648"/>
            <w:tcMar>
              <w:top w:w="65" w:type="dxa"/>
              <w:start w:w="85" w:type="dxa"/>
              <w:bottom w:w="65" w:type="dxa"/>
              <w:end w:w="85" w:type="dxa"/>
            </w:tcMar>
            <w:tcBorders>
              <w:top w:val="single" w:sz="5" w:color="D8D2C5"/>
              <w:left w:val="single" w:sz="5" w:color="D8D2C5"/>
              <w:bottom w:val="single" w:sz="5" w:color="D8D2C5"/>
              <w:right w:val="single" w:sz="5" w:color="D8D2C5"/>
            </w:tcBorders>
            <w:shd w:fill="F6F4EF"/>
          </w:tcPr>
          <w:p>
            <w:r>
              <w:rPr>
                <w:b/>
                <w:color w:val="252A2E"/>
                <w:sz w:val="18"/>
              </w:rPr>
              <w:t>3</w:t>
            </w:r>
          </w:p>
        </w:tc>
        <w:tc>
          <w:tcPr>
            <w:tcW w:type="dxa" w:w="1872"/>
            <w:tcMar>
              <w:top w:w="65" w:type="dxa"/>
              <w:start w:w="85" w:type="dxa"/>
              <w:bottom w:w="65" w:type="dxa"/>
              <w:end w:w="85" w:type="dxa"/>
            </w:tcMar>
            <w:tcBorders>
              <w:top w:val="single" w:sz="5" w:color="D8D2C5"/>
              <w:left w:val="single" w:sz="5" w:color="D8D2C5"/>
              <w:bottom w:val="single" w:sz="5" w:color="D8D2C5"/>
              <w:right w:val="single" w:sz="5" w:color="D8D2C5"/>
            </w:tcBorders>
            <w:shd w:fill="F6F4EF"/>
          </w:tcPr>
          <w:p>
            <w:r>
              <w:rPr>
                <w:b/>
                <w:color w:val="252A2E"/>
                <w:sz w:val="18"/>
              </w:rPr>
              <w:t>GOAL</w:t>
            </w:r>
          </w:p>
        </w:tc>
        <w:tc>
          <w:tcPr>
            <w:tcW w:type="dxa" w:w="8208"/>
            <w:tcMar>
              <w:top w:w="65" w:type="dxa"/>
              <w:start w:w="85" w:type="dxa"/>
              <w:bottom w:w="65" w:type="dxa"/>
              <w:end w:w="85" w:type="dxa"/>
            </w:tcMar>
            <w:tcBorders>
              <w:top w:val="single" w:sz="5" w:color="D8D2C5"/>
              <w:left w:val="single" w:sz="5" w:color="D8D2C5"/>
              <w:bottom w:val="single" w:sz="5" w:color="D8D2C5"/>
              <w:right w:val="single" w:sz="5" w:color="D8D2C5"/>
            </w:tcBorders>
            <w:shd w:fill="F6F4EF"/>
          </w:tcPr>
          <w:p>
            <w:r>
              <w:rPr>
                <w:b w:val="0"/>
                <w:color w:val="252A2E"/>
                <w:sz w:val="18"/>
              </w:rPr>
              <w:t>What decision, plan, checklist, conversation, or analysis do you need?</w:t>
            </w:r>
          </w:p>
        </w:tc>
      </w:tr>
      <w:tr>
        <w:tc>
          <w:tcPr>
            <w:tcW w:type="dxa" w:w="648"/>
            <w:tcMar>
              <w:top w:w="65" w:type="dxa"/>
              <w:start w:w="85" w:type="dxa"/>
              <w:bottom w:w="65" w:type="dxa"/>
              <w:end w:w="85" w:type="dxa"/>
            </w:tcMar>
            <w:tcBorders>
              <w:top w:val="single" w:sz="5" w:color="D8D2C5"/>
              <w:left w:val="single" w:sz="5" w:color="D8D2C5"/>
              <w:bottom w:val="single" w:sz="5" w:color="D8D2C5"/>
              <w:right w:val="single" w:sz="5" w:color="D8D2C5"/>
            </w:tcBorders>
            <w:shd w:fill="FFFFFF"/>
          </w:tcPr>
          <w:p>
            <w:r>
              <w:rPr>
                <w:b/>
                <w:color w:val="252A2E"/>
                <w:sz w:val="18"/>
              </w:rPr>
              <w:t>4</w:t>
            </w:r>
          </w:p>
        </w:tc>
        <w:tc>
          <w:tcPr>
            <w:tcW w:type="dxa" w:w="1872"/>
            <w:tcMar>
              <w:top w:w="65" w:type="dxa"/>
              <w:start w:w="85" w:type="dxa"/>
              <w:bottom w:w="65" w:type="dxa"/>
              <w:end w:w="85" w:type="dxa"/>
            </w:tcMar>
            <w:tcBorders>
              <w:top w:val="single" w:sz="5" w:color="D8D2C5"/>
              <w:left w:val="single" w:sz="5" w:color="D8D2C5"/>
              <w:bottom w:val="single" w:sz="5" w:color="D8D2C5"/>
              <w:right w:val="single" w:sz="5" w:color="D8D2C5"/>
            </w:tcBorders>
            <w:shd w:fill="FFFFFF"/>
          </w:tcPr>
          <w:p>
            <w:r>
              <w:rPr>
                <w:b/>
                <w:color w:val="252A2E"/>
                <w:sz w:val="18"/>
              </w:rPr>
              <w:t>LIMITS</w:t>
            </w:r>
          </w:p>
        </w:tc>
        <w:tc>
          <w:tcPr>
            <w:tcW w:type="dxa" w:w="8208"/>
            <w:tcMar>
              <w:top w:w="65" w:type="dxa"/>
              <w:start w:w="85" w:type="dxa"/>
              <w:bottom w:w="65" w:type="dxa"/>
              <w:end w:w="85" w:type="dxa"/>
            </w:tcMar>
            <w:tcBorders>
              <w:top w:val="single" w:sz="5" w:color="D8D2C5"/>
              <w:left w:val="single" w:sz="5" w:color="D8D2C5"/>
              <w:bottom w:val="single" w:sz="5" w:color="D8D2C5"/>
              <w:right w:val="single" w:sz="5" w:color="D8D2C5"/>
            </w:tcBorders>
            <w:shd w:fill="FFFFFF"/>
          </w:tcPr>
          <w:p>
            <w:r>
              <w:rPr>
                <w:b w:val="0"/>
                <w:color w:val="252A2E"/>
                <w:sz w:val="18"/>
              </w:rPr>
              <w:t>What must the answer not assume, change, disclose, or decide?</w:t>
            </w:r>
          </w:p>
        </w:tc>
      </w:tr>
      <w:tr>
        <w:tc>
          <w:tcPr>
            <w:tcW w:type="dxa" w:w="648"/>
            <w:tcMar>
              <w:top w:w="65" w:type="dxa"/>
              <w:start w:w="85" w:type="dxa"/>
              <w:bottom w:w="65" w:type="dxa"/>
              <w:end w:w="85" w:type="dxa"/>
            </w:tcMar>
            <w:tcBorders>
              <w:top w:val="single" w:sz="5" w:color="D8D2C5"/>
              <w:left w:val="single" w:sz="5" w:color="D8D2C5"/>
              <w:bottom w:val="single" w:sz="5" w:color="D8D2C5"/>
              <w:right w:val="single" w:sz="5" w:color="D8D2C5"/>
            </w:tcBorders>
            <w:shd w:fill="F6F4EF"/>
          </w:tcPr>
          <w:p>
            <w:r>
              <w:rPr>
                <w:b/>
                <w:color w:val="252A2E"/>
                <w:sz w:val="18"/>
              </w:rPr>
              <w:t>5</w:t>
            </w:r>
          </w:p>
        </w:tc>
        <w:tc>
          <w:tcPr>
            <w:tcW w:type="dxa" w:w="1872"/>
            <w:tcMar>
              <w:top w:w="65" w:type="dxa"/>
              <w:start w:w="85" w:type="dxa"/>
              <w:bottom w:w="65" w:type="dxa"/>
              <w:end w:w="85" w:type="dxa"/>
            </w:tcMar>
            <w:tcBorders>
              <w:top w:val="single" w:sz="5" w:color="D8D2C5"/>
              <w:left w:val="single" w:sz="5" w:color="D8D2C5"/>
              <w:bottom w:val="single" w:sz="5" w:color="D8D2C5"/>
              <w:right w:val="single" w:sz="5" w:color="D8D2C5"/>
            </w:tcBorders>
            <w:shd w:fill="F6F4EF"/>
          </w:tcPr>
          <w:p>
            <w:r>
              <w:rPr>
                <w:b/>
                <w:color w:val="252A2E"/>
                <w:sz w:val="18"/>
              </w:rPr>
              <w:t>OUTPUT</w:t>
            </w:r>
          </w:p>
        </w:tc>
        <w:tc>
          <w:tcPr>
            <w:tcW w:type="dxa" w:w="8208"/>
            <w:tcMar>
              <w:top w:w="65" w:type="dxa"/>
              <w:start w:w="85" w:type="dxa"/>
              <w:bottom w:w="65" w:type="dxa"/>
              <w:end w:w="85" w:type="dxa"/>
            </w:tcMar>
            <w:tcBorders>
              <w:top w:val="single" w:sz="5" w:color="D8D2C5"/>
              <w:left w:val="single" w:sz="5" w:color="D8D2C5"/>
              <w:bottom w:val="single" w:sz="5" w:color="D8D2C5"/>
              <w:right w:val="single" w:sz="5" w:color="D8D2C5"/>
            </w:tcBorders>
            <w:shd w:fill="F6F4EF"/>
          </w:tcPr>
          <w:p>
            <w:r>
              <w:rPr>
                <w:b w:val="0"/>
                <w:color w:val="252A2E"/>
                <w:sz w:val="18"/>
              </w:rPr>
              <w:t>What format would make the answer immediately usable?</w:t>
            </w:r>
          </w:p>
        </w:tc>
      </w:tr>
    </w:tbl>
    <w:p>
      <w:pPr>
        <w:spacing w:before="240"/>
      </w:pPr>
      <w:r>
        <w:rPr>
          <w:b/>
          <w:color w:val="9D3C37"/>
          <w:sz w:val="20"/>
        </w:rPr>
        <w:t>BEFORE YOU PASTE ANYTHING INTO AI</w:t>
      </w:r>
    </w:p>
    <w:p>
      <w:pPr>
        <w:pStyle w:val="ListBullet"/>
      </w:pPr>
      <w:r>
        <w:t>Do not paste passwords, payment-card data, banking information, confidential login credentials, or other secrets.</w:t>
      </w:r>
    </w:p>
    <w:p>
      <w:pPr>
        <w:pStyle w:val="ListBullet"/>
      </w:pPr>
      <w:r>
        <w:t>Remove unnecessary guest and employee personal information. Use roles or initials when the identity is not needed.</w:t>
      </w:r>
    </w:p>
    <w:p>
      <w:pPr>
        <w:pStyle w:val="ListBullet"/>
      </w:pPr>
      <w:r>
        <w:t>AI can make confident mistakes. Verify calculations, policies, schedules, food-safety requirements, employment requirements, and other high-stakes information against the real source.</w:t>
      </w:r>
    </w:p>
    <w:p>
      <w:pPr>
        <w:pStyle w:val="ListBullet"/>
      </w:pPr>
      <w:r>
        <w:t>Use AI to organize, analyze, draft, compare, and prepare. The restaurant leader remains responsible for the decision and the standard.</w:t>
      </w:r>
    </w:p>
    <w:p>
      <w:pPr>
        <w:spacing w:before="240"/>
      </w:pPr>
      <w:r>
        <w:rPr>
          <w:b/>
          <w:color w:val="C89B4A"/>
          <w:sz w:val="20"/>
        </w:rPr>
        <w:t>FASTEST WAY TO USE THIS GUIDE</w:t>
      </w:r>
    </w:p>
    <w:p>
      <w:r>
        <w:t>Choose the prompt closest to the problem. Replace every [bracketed field] with real information. Delete any section you do not need. Then review the answer against your actual records and standards before using it.</w:t>
      </w:r>
    </w:p>
    <w:p>
      <w:r>
        <w:br w:type="page"/>
      </w:r>
    </w:p>
    <w:p>
      <w:pPr>
        <w:spacing w:after="20"/>
      </w:pPr>
      <w:r>
        <w:rPr>
          <w:b/>
          <w:color w:val="C89B4A"/>
          <w:sz w:val="17"/>
        </w:rPr>
        <w:t>SHIFT LEADERSHIP</w:t>
      </w:r>
    </w:p>
    <w:p>
      <w:pPr>
        <w:spacing w:before="40" w:after="60"/>
        <w:pBdr>
          <w:bottom w:val="single" w:sz="7" w:space="4" w:color="C89B4A"/>
        </w:pBdr>
      </w:pPr>
      <w:r>
        <w:rPr>
          <w:rFonts w:ascii="Aptos Display" w:hAnsi="Aptos Display"/>
          <w:b/>
          <w:color w:val="101820"/>
          <w:sz w:val="26"/>
        </w:rPr>
        <w:t>PROMPT 01  •  PRE-SHIFT PRIORITY PLAN</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Act as an experienced full-service restaurant manager. Help me build a focused pre-shift plan for today.</w:t>
              <w:br/>
              <w:br/>
              <w:t>Restaurant context: [type of restaurant / service style]</w:t>
              <w:br/>
              <w:t>Expected sales or covers: [amount]</w:t>
              <w:br/>
              <w:t>Staffing: [FOH / BOH staffing and any call-outs]</w:t>
              <w:br/>
              <w:t>Known risks today: [large parties, weather, events, equipment, new employees, low inventory, etc.]</w:t>
              <w:br/>
              <w:t>Yesterday's problems that may repeat: [list]</w:t>
              <w:br/>
              <w:br/>
              <w:t>Create a concise pre-shift plan with: 1) the 3 most important outcomes for the shift, 2) the top risks to prevent, 3) what each manager or key position must verify before opening, 4) 3 talking points for pre-shift, and 5) what evidence I should review after the shift to know whether the plan worked. Keep it practical enough to use in a 5-minute manager huddle.</w:t>
            </w:r>
          </w:p>
        </w:tc>
      </w:tr>
    </w:tbl>
    <w:p>
      <w:pPr>
        <w:spacing w:before="40" w:after="100"/>
      </w:pPr>
      <w:r>
        <w:rPr>
          <w:b/>
          <w:color w:val="C89B4A"/>
          <w:sz w:val="16"/>
        </w:rPr>
        <w:t xml:space="preserve">Manager check: </w:t>
      </w:r>
      <w:r>
        <w:rPr>
          <w:color w:val="666666"/>
          <w:sz w:val="16"/>
        </w:rPr>
        <w:t>Use the result to lead the shift - not to create more paperwork.</w:t>
      </w:r>
    </w:p>
    <w:p>
      <w:pPr>
        <w:spacing w:before="40" w:after="60"/>
        <w:pBdr>
          <w:bottom w:val="single" w:sz="7" w:space="4" w:color="C89B4A"/>
        </w:pBdr>
      </w:pPr>
      <w:r>
        <w:rPr>
          <w:rFonts w:ascii="Aptos Display" w:hAnsi="Aptos Display"/>
          <w:b/>
          <w:color w:val="101820"/>
          <w:sz w:val="26"/>
        </w:rPr>
        <w:t>PROMPT 02  •  OPENING READINESS CHECK</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Using the information below, create an opening-readiness check for a full-service restaurant. Do not make it generic; prioritize the items most likely to affect today's service.</w:t>
              <w:br/>
              <w:br/>
              <w:t>Known issues: [list]</w:t>
              <w:br/>
              <w:t>Staffing concerns: [list]</w:t>
              <w:br/>
              <w:t>Reservations / events: [list]</w:t>
              <w:br/>
              <w:t>Equipment or facility concerns: [list]</w:t>
              <w:br/>
              <w:t>Product shortages / prep concerns: [list]</w:t>
              <w:br/>
              <w:br/>
              <w:t>Organize the check into FOH, BOH, people, product, equipment/facilities, cash/POS, and manager verification. Mark each item as Critical, Important, or Nice to Verify. Keep the final checklist to one page if possible.</w:t>
            </w:r>
          </w:p>
        </w:tc>
      </w:tr>
    </w:tbl>
    <w:p>
      <w:pPr>
        <w:spacing w:before="40" w:after="100"/>
      </w:pPr>
      <w:r>
        <w:rPr>
          <w:b/>
          <w:color w:val="C89B4A"/>
          <w:sz w:val="16"/>
        </w:rPr>
        <w:t xml:space="preserve">Manager check: </w:t>
      </w:r>
      <w:r>
        <w:rPr>
          <w:color w:val="666666"/>
          <w:sz w:val="16"/>
        </w:rPr>
        <w:t>Replace the brackets with real evidence and verify the answer before using it.</w:t>
      </w:r>
    </w:p>
    <w:p>
      <w:pPr>
        <w:spacing w:before="40" w:after="60"/>
        <w:pBdr>
          <w:bottom w:val="single" w:sz="7" w:space="4" w:color="C89B4A"/>
        </w:pBdr>
      </w:pPr>
      <w:r>
        <w:rPr>
          <w:rFonts w:ascii="Aptos Display" w:hAnsi="Aptos Display"/>
          <w:b/>
          <w:color w:val="101820"/>
          <w:sz w:val="26"/>
        </w:rPr>
        <w:t>PROMPT 03  •  END-OF-SHIFT DEBRIEF</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Help me turn this shift into useful management information instead of a memory dump.</w:t>
              <w:br/>
              <w:br/>
              <w:t>Shift facts: [sales, labor, covers, ticket times, comps/voids, complaints, call-outs, shortages, equipment issues]</w:t>
              <w:br/>
              <w:t>What went well: [notes]</w:t>
              <w:br/>
              <w:t>What went wrong: [notes]</w:t>
              <w:br/>
              <w:t>Unfinished issues: [notes]</w:t>
              <w:br/>
              <w:br/>
              <w:t>Create a debrief with: 1) facts that matter, 2) repeated patterns, 3) one-time exceptions, 4) corrective actions with an owner and due date, 5) what tomorrow's manager must know, and 6) what should be added to a recurring checklist or SOP if this problem is likely to happen again.</w:t>
            </w:r>
          </w:p>
        </w:tc>
      </w:tr>
    </w:tbl>
    <w:p>
      <w:pPr>
        <w:spacing w:before="40" w:after="100"/>
      </w:pPr>
      <w:r>
        <w:rPr>
          <w:b/>
          <w:color w:val="C89B4A"/>
          <w:sz w:val="16"/>
        </w:rPr>
        <w:t xml:space="preserve">Manager check: </w:t>
      </w:r>
      <w:r>
        <w:rPr>
          <w:color w:val="666666"/>
          <w:sz w:val="16"/>
        </w:rPr>
        <w:t>Replace the brackets with real evidence and verify the answer before using it.</w:t>
      </w:r>
    </w:p>
    <w:p>
      <w:r>
        <w:br w:type="page"/>
      </w:r>
    </w:p>
    <w:p>
      <w:pPr>
        <w:spacing w:after="20"/>
      </w:pPr>
      <w:r>
        <w:rPr>
          <w:b/>
          <w:color w:val="C89B4A"/>
          <w:sz w:val="17"/>
        </w:rPr>
        <w:t>MANAGEMENT REVIEW</w:t>
      </w:r>
    </w:p>
    <w:p>
      <w:pPr>
        <w:spacing w:before="40" w:after="60"/>
        <w:pBdr>
          <w:bottom w:val="single" w:sz="7" w:space="4" w:color="C89B4A"/>
        </w:pBdr>
      </w:pPr>
      <w:r>
        <w:rPr>
          <w:rFonts w:ascii="Aptos Display" w:hAnsi="Aptos Display"/>
          <w:b/>
          <w:color w:val="101820"/>
          <w:sz w:val="26"/>
        </w:rPr>
        <w:t>PROMPT 04  •  WEEKLY BUSINESS REVIEW</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Act as a restaurant operations analyst. Review the weekly information I provide and help me prepare a manager business review.</w:t>
              <w:br/>
              <w:br/>
              <w:t>Sales: [data]</w:t>
              <w:br/>
              <w:t>Labor: [data]</w:t>
              <w:br/>
              <w:t>Food cost / purchases / waste: [data]</w:t>
              <w:br/>
              <w:t>Guest feedback: [data]</w:t>
              <w:br/>
              <w:t>Staffing / turnover / training: [data]</w:t>
              <w:br/>
              <w:t>Operational problems: [data]</w:t>
              <w:br/>
              <w:br/>
              <w:t>Separate facts from assumptions. Identify the 5 most important findings, the likely causes that need verification, the 3 decisions management should make this week, and the measures we should watch next week. Do not invent missing numbers. Clearly label any conclusion that cannot be supported by the information I supplied.</w:t>
            </w:r>
          </w:p>
        </w:tc>
      </w:tr>
    </w:tbl>
    <w:p>
      <w:pPr>
        <w:spacing w:before="40" w:after="100"/>
      </w:pPr>
      <w:r>
        <w:rPr>
          <w:b/>
          <w:color w:val="C89B4A"/>
          <w:sz w:val="16"/>
        </w:rPr>
        <w:t xml:space="preserve">Manager check: </w:t>
      </w:r>
      <w:r>
        <w:rPr>
          <w:color w:val="666666"/>
          <w:sz w:val="16"/>
        </w:rPr>
        <w:t>If the input data is incomplete, require the AI to say so.</w:t>
      </w:r>
    </w:p>
    <w:p>
      <w:pPr>
        <w:spacing w:after="20"/>
      </w:pPr>
      <w:r>
        <w:rPr>
          <w:b/>
          <w:color w:val="C89B4A"/>
          <w:sz w:val="17"/>
        </w:rPr>
        <w:t>HIRING</w:t>
      </w:r>
    </w:p>
    <w:p>
      <w:pPr>
        <w:spacing w:before="40" w:after="60"/>
        <w:pBdr>
          <w:bottom w:val="single" w:sz="7" w:space="4" w:color="C89B4A"/>
        </w:pBdr>
      </w:pPr>
      <w:r>
        <w:rPr>
          <w:rFonts w:ascii="Aptos Display" w:hAnsi="Aptos Display"/>
          <w:b/>
          <w:color w:val="101820"/>
          <w:sz w:val="26"/>
        </w:rPr>
        <w:t>PROMPT 05  •  INTERVIEW QUESTIONS FOR CARE AND ACCOUNTABILITY</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Create an interview guide for a [position] in a full-service restaurant. I want to hire for care, reliability, teamwork, coachability, and accountability - not just experience.</w:t>
              <w:br/>
              <w:br/>
              <w:t>Role: [position]</w:t>
              <w:br/>
              <w:t>Most important behaviors: [list]</w:t>
              <w:br/>
              <w:t>Problems we have had with past hires: [list]</w:t>
              <w:br/>
              <w:t>Non-negotiables: [availability, certifications, schedule, etc.]</w:t>
              <w:br/>
              <w:br/>
              <w:t>Give me 10 behavior-based questions, what a strong answer may demonstrate, warning signs to listen for, and 3 follow-up questions that help reveal whether the candidate takes responsibility or blames others. Avoid questions that would be inappropriate or unlawful in an employment interview.</w:t>
            </w:r>
          </w:p>
        </w:tc>
      </w:tr>
    </w:tbl>
    <w:p>
      <w:pPr>
        <w:spacing w:before="40" w:after="100"/>
      </w:pPr>
      <w:r>
        <w:rPr>
          <w:b/>
          <w:color w:val="C89B4A"/>
          <w:sz w:val="16"/>
        </w:rPr>
        <w:t xml:space="preserve">Manager check: </w:t>
      </w:r>
      <w:r>
        <w:rPr>
          <w:color w:val="666666"/>
          <w:sz w:val="16"/>
        </w:rPr>
        <w:t>Use only job-related criteria and your current hiring policy.</w:t>
      </w:r>
    </w:p>
    <w:p>
      <w:pPr>
        <w:spacing w:before="40" w:after="60"/>
        <w:pBdr>
          <w:bottom w:val="single" w:sz="7" w:space="4" w:color="C89B4A"/>
        </w:pBdr>
      </w:pPr>
      <w:r>
        <w:rPr>
          <w:rFonts w:ascii="Aptos Display" w:hAnsi="Aptos Display"/>
          <w:b/>
          <w:color w:val="101820"/>
          <w:sz w:val="26"/>
        </w:rPr>
        <w:t>PROMPT 06  •  CANDIDATE EVALUATION SUMMARY</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Help me evaluate a restaurant job candidate based only on job-related evidence.</w:t>
              <w:br/>
              <w:br/>
              <w:t>Role: [position]</w:t>
              <w:br/>
              <w:t>Job requirements: [requirements]</w:t>
              <w:br/>
              <w:t>Interview notes: [paste notes without unnecessary sensitive personal information]</w:t>
              <w:br/>
              <w:t>Work-history facts relevant to the role: [facts]</w:t>
              <w:br/>
              <w:br/>
              <w:t>Create a neutral evaluation under: reliability evidence, teamwork evidence, guest/service mindset, coachability, technical readiness, schedule fit, concerns that need follow-up, and final recommendation: advance / hold / do not advance. Explain the evidence behind the recommendation and do not infer protected personal characteristics.</w:t>
            </w:r>
          </w:p>
        </w:tc>
      </w:tr>
    </w:tbl>
    <w:p>
      <w:pPr>
        <w:spacing w:before="40" w:after="100"/>
      </w:pPr>
      <w:r>
        <w:rPr>
          <w:b/>
          <w:color w:val="C89B4A"/>
          <w:sz w:val="16"/>
        </w:rPr>
        <w:t xml:space="preserve">Manager check: </w:t>
      </w:r>
      <w:r>
        <w:rPr>
          <w:color w:val="666666"/>
          <w:sz w:val="16"/>
        </w:rPr>
        <w:t>Replace the brackets with real evidence and verify the answer before using it.</w:t>
      </w:r>
    </w:p>
    <w:p>
      <w:r>
        <w:br w:type="page"/>
      </w:r>
    </w:p>
    <w:p>
      <w:pPr>
        <w:spacing w:after="20"/>
      </w:pPr>
      <w:r>
        <w:rPr>
          <w:b/>
          <w:color w:val="C89B4A"/>
          <w:sz w:val="17"/>
        </w:rPr>
        <w:t>TRAINING</w:t>
      </w:r>
    </w:p>
    <w:p>
      <w:pPr>
        <w:spacing w:before="40" w:after="60"/>
        <w:pBdr>
          <w:bottom w:val="single" w:sz="7" w:space="4" w:color="C89B4A"/>
        </w:pBdr>
      </w:pPr>
      <w:r>
        <w:rPr>
          <w:rFonts w:ascii="Aptos Display" w:hAnsi="Aptos Display"/>
          <w:b/>
          <w:color w:val="101820"/>
          <w:sz w:val="26"/>
        </w:rPr>
        <w:t>PROMPT 07  •  7-DAY NEW-HIRE ONBOARDING PLAN</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Build a realistic 7-day onboarding plan for a new [position] at a full-service restaurant.</w:t>
              <w:br/>
              <w:br/>
              <w:t>Experience level: [new / some experience / experienced]</w:t>
              <w:br/>
              <w:t>Station or role: [role]</w:t>
              <w:br/>
              <w:t>Required tasks and standards: [list]</w:t>
              <w:br/>
              <w:t>Trainer availability: [list]</w:t>
              <w:br/>
              <w:t>Common early mistakes: [list]</w:t>
              <w:br/>
              <w:br/>
              <w:t>For each day, give me the training focus, what the trainer demonstrates, what the employee practices, what must be verified before moving on, and what should be documented. Include a final day-7 readiness decision and identify anything that should require additional training rather than automatic certification.</w:t>
            </w:r>
          </w:p>
        </w:tc>
      </w:tr>
    </w:tbl>
    <w:p>
      <w:pPr>
        <w:spacing w:before="40" w:after="100"/>
      </w:pPr>
      <w:r>
        <w:rPr>
          <w:b/>
          <w:color w:val="C89B4A"/>
          <w:sz w:val="16"/>
        </w:rPr>
        <w:t xml:space="preserve">Manager check: </w:t>
      </w:r>
      <w:r>
        <w:rPr>
          <w:color w:val="666666"/>
          <w:sz w:val="16"/>
        </w:rPr>
        <w:t>Replace the brackets with real evidence and verify the answer before using it.</w:t>
      </w:r>
    </w:p>
    <w:p>
      <w:pPr>
        <w:spacing w:before="40" w:after="60"/>
        <w:pBdr>
          <w:bottom w:val="single" w:sz="7" w:space="4" w:color="C89B4A"/>
        </w:pBdr>
      </w:pPr>
      <w:r>
        <w:rPr>
          <w:rFonts w:ascii="Aptos Display" w:hAnsi="Aptos Display"/>
          <w:b/>
          <w:color w:val="101820"/>
          <w:sz w:val="26"/>
        </w:rPr>
        <w:t>PROMPT 08  •  TRAINING CERTIFICATION PLAN</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Turn this restaurant role into a clear certification plan.</w:t>
              <w:br/>
              <w:br/>
              <w:t>Role: [position]</w:t>
              <w:br/>
              <w:t>Core duties: [list]</w:t>
              <w:br/>
              <w:t>Safety / sanitation requirements: [list]</w:t>
              <w:br/>
              <w:t>Guest or quality standards: [list]</w:t>
              <w:br/>
              <w:t>Tasks that require manager verification: [list]</w:t>
              <w:br/>
              <w:br/>
              <w:t>Create a certification checklist divided into knowledge, demonstrated skill, consistency, safety, communication, and final manager sign-off. Define what “ready” looks like for each major area. Do not certify someone merely because training time is complete; require observable evidence.</w:t>
            </w:r>
          </w:p>
        </w:tc>
      </w:tr>
    </w:tbl>
    <w:p>
      <w:pPr>
        <w:spacing w:before="40" w:after="100"/>
      </w:pPr>
      <w:r>
        <w:rPr>
          <w:b/>
          <w:color w:val="C89B4A"/>
          <w:sz w:val="16"/>
        </w:rPr>
        <w:t xml:space="preserve">Manager check: </w:t>
      </w:r>
      <w:r>
        <w:rPr>
          <w:color w:val="666666"/>
          <w:sz w:val="16"/>
        </w:rPr>
        <w:t>Replace the brackets with real evidence and verify the answer before using it.</w:t>
      </w:r>
    </w:p>
    <w:p>
      <w:pPr>
        <w:spacing w:after="20"/>
      </w:pPr>
      <w:r>
        <w:rPr>
          <w:b/>
          <w:color w:val="C89B4A"/>
          <w:sz w:val="17"/>
        </w:rPr>
        <w:t>PEOPLE LEADERSHIP</w:t>
      </w:r>
    </w:p>
    <w:p>
      <w:pPr>
        <w:spacing w:before="40" w:after="60"/>
        <w:pBdr>
          <w:bottom w:val="single" w:sz="7" w:space="4" w:color="C89B4A"/>
        </w:pBdr>
      </w:pPr>
      <w:r>
        <w:rPr>
          <w:rFonts w:ascii="Aptos Display" w:hAnsi="Aptos Display"/>
          <w:b/>
          <w:color w:val="101820"/>
          <w:sz w:val="26"/>
        </w:rPr>
        <w:t>PROMPT 09  •  COACHING CONVERSATION PREP</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Help me prepare a fair coaching conversation with an employee.</w:t>
              <w:br/>
              <w:br/>
              <w:t>Observed behavior or performance issue: [specific facts]</w:t>
              <w:br/>
              <w:t>Expected standard: [standard]</w:t>
              <w:br/>
              <w:t>Previous coaching or training: [facts]</w:t>
              <w:br/>
              <w:t>Impact on guests/team/operation: [facts]</w:t>
              <w:br/>
              <w:t>What I want to improve: [outcome]</w:t>
              <w:br/>
              <w:br/>
              <w:t>Draft a calm conversation outline that separates facts from assumptions, asks for the employee's perspective, restates the standard, confirms what support or retraining is needed, sets a clear next expectation, and identifies what follow-up evidence the manager should review. Keep the tone firm, respectful, and non-accusatory.</w:t>
            </w:r>
          </w:p>
        </w:tc>
      </w:tr>
    </w:tbl>
    <w:p>
      <w:pPr>
        <w:spacing w:before="40" w:after="100"/>
      </w:pPr>
      <w:r>
        <w:rPr>
          <w:b/>
          <w:color w:val="C89B4A"/>
          <w:sz w:val="16"/>
        </w:rPr>
        <w:t xml:space="preserve">Manager check: </w:t>
      </w:r>
      <w:r>
        <w:rPr>
          <w:color w:val="666666"/>
          <w:sz w:val="16"/>
        </w:rPr>
        <w:t>Replace the brackets with real evidence and verify the answer before using it.</w:t>
      </w:r>
    </w:p>
    <w:p>
      <w:r>
        <w:br w:type="page"/>
      </w:r>
    </w:p>
    <w:p>
      <w:pPr>
        <w:spacing w:before="40" w:after="60"/>
        <w:pBdr>
          <w:bottom w:val="single" w:sz="7" w:space="4" w:color="C89B4A"/>
        </w:pBdr>
      </w:pPr>
      <w:r>
        <w:rPr>
          <w:rFonts w:ascii="Aptos Display" w:hAnsi="Aptos Display"/>
          <w:b/>
          <w:color w:val="101820"/>
          <w:sz w:val="26"/>
        </w:rPr>
        <w:t>PROMPT 10  •  CORRECTIVE-ACTION PREPARATION</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Help me organize the facts for a restaurant corrective-action discussion. Do not make legal conclusions or decide discipline for me.</w:t>
              <w:br/>
              <w:br/>
              <w:t>Policy or standard involved: [paste current policy]</w:t>
              <w:br/>
              <w:t>Verified facts: [facts only]</w:t>
              <w:br/>
              <w:t>Dates / prior coaching: [facts]</w:t>
              <w:br/>
              <w:t>Employee explanation, if known: [summary]</w:t>
              <w:br/>
              <w:t>Operational impact: [facts]</w:t>
              <w:br/>
              <w:br/>
              <w:t>Create: 1) a factual timeline, 2) what information is still missing, 3) questions management should answer before acting, 4) a fair conversation outline, 5) possible retraining or performance expectations, and 6) documentation items to retain. Flag anything that may require HR, legal, or policy review.</w:t>
            </w:r>
          </w:p>
        </w:tc>
      </w:tr>
    </w:tbl>
    <w:p>
      <w:pPr>
        <w:spacing w:before="40" w:after="100"/>
      </w:pPr>
      <w:r>
        <w:rPr>
          <w:b/>
          <w:color w:val="C89B4A"/>
          <w:sz w:val="16"/>
        </w:rPr>
        <w:t xml:space="preserve">Manager check: </w:t>
      </w:r>
      <w:r>
        <w:rPr>
          <w:color w:val="666666"/>
          <w:sz w:val="16"/>
        </w:rPr>
        <w:t>Corrective action can involve legal/HR risk; verify before acting.</w:t>
      </w:r>
    </w:p>
    <w:p>
      <w:pPr>
        <w:spacing w:after="20"/>
      </w:pPr>
      <w:r>
        <w:rPr>
          <w:b/>
          <w:color w:val="C89B4A"/>
          <w:sz w:val="17"/>
        </w:rPr>
        <w:t>SOPS &amp; STANDARDS</w:t>
      </w:r>
    </w:p>
    <w:p>
      <w:pPr>
        <w:spacing w:before="40" w:after="60"/>
        <w:pBdr>
          <w:bottom w:val="single" w:sz="7" w:space="4" w:color="C89B4A"/>
        </w:pBdr>
      </w:pPr>
      <w:r>
        <w:rPr>
          <w:rFonts w:ascii="Aptos Display" w:hAnsi="Aptos Display"/>
          <w:b/>
          <w:color w:val="101820"/>
          <w:sz w:val="26"/>
        </w:rPr>
        <w:t>PROMPT 11  •  DRAFT A RESTAURANT SOP</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Draft a practical restaurant SOP for: [process].</w:t>
              <w:br/>
              <w:br/>
              <w:t>Who performs it: [role]</w:t>
              <w:br/>
              <w:t>When it happens: [frequency / trigger]</w:t>
              <w:br/>
              <w:t>Current process: [steps]</w:t>
              <w:br/>
              <w:t>Required standard: [quality / time / safety / accuracy target]</w:t>
              <w:br/>
              <w:t>Known failure points: [list]</w:t>
              <w:br/>
              <w:t>Equipment / forms used: [list]</w:t>
              <w:br/>
              <w:br/>
              <w:t>Write the SOP with: purpose, why it matters, responsibility, materials/equipment, step-by-step procedure, critical checks, exceptions/escalation, required records, manager verification, and retraining trigger. Use plain restaurant language. Clearly mark any safety or regulatory point that must be verified against current local requirements.</w:t>
            </w:r>
          </w:p>
        </w:tc>
      </w:tr>
    </w:tbl>
    <w:p>
      <w:pPr>
        <w:spacing w:before="40" w:after="100"/>
      </w:pPr>
      <w:r>
        <w:rPr>
          <w:b/>
          <w:color w:val="C89B4A"/>
          <w:sz w:val="16"/>
        </w:rPr>
        <w:t xml:space="preserve">Manager check: </w:t>
      </w:r>
      <w:r>
        <w:rPr>
          <w:color w:val="666666"/>
          <w:sz w:val="16"/>
        </w:rPr>
        <w:t>Current law, health code, manufacturer instructions, and restaurant policy always control.</w:t>
      </w:r>
    </w:p>
    <w:p>
      <w:pPr>
        <w:spacing w:before="40" w:after="60"/>
        <w:pBdr>
          <w:bottom w:val="single" w:sz="7" w:space="4" w:color="C89B4A"/>
        </w:pBdr>
      </w:pPr>
      <w:r>
        <w:rPr>
          <w:rFonts w:ascii="Aptos Display" w:hAnsi="Aptos Display"/>
          <w:b/>
          <w:color w:val="101820"/>
          <w:sz w:val="26"/>
        </w:rPr>
        <w:t>PROMPT 12  •  SIMPLIFY AN EXISTING SOP</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Rewrite this SOP so an employee can actually use it during restaurant operations.</w:t>
              <w:br/>
              <w:br/>
              <w:t>Existing SOP: [paste text]</w:t>
              <w:br/>
              <w:br/>
              <w:t>Keep every necessary standard, but remove repetition, jargon, vague wording, and unnecessary management language. Put the steps in the order the work actually happens. Add a short “Why It Matters” section, identify the most important critical checks, and list anything that is unclear or contradictory rather than guessing.</w:t>
            </w:r>
          </w:p>
        </w:tc>
      </w:tr>
    </w:tbl>
    <w:p>
      <w:pPr>
        <w:spacing w:before="40" w:after="100"/>
      </w:pPr>
      <w:r>
        <w:rPr>
          <w:b/>
          <w:color w:val="C89B4A"/>
          <w:sz w:val="16"/>
        </w:rPr>
        <w:t xml:space="preserve">Manager check: </w:t>
      </w:r>
      <w:r>
        <w:rPr>
          <w:color w:val="666666"/>
          <w:sz w:val="16"/>
        </w:rPr>
        <w:t>Replace the brackets with real evidence and verify the answer before using it.</w:t>
      </w:r>
    </w:p>
    <w:p>
      <w:r>
        <w:br w:type="page"/>
      </w:r>
    </w:p>
    <w:p>
      <w:pPr>
        <w:spacing w:before="40" w:after="60"/>
        <w:pBdr>
          <w:bottom w:val="single" w:sz="7" w:space="4" w:color="C89B4A"/>
        </w:pBdr>
      </w:pPr>
      <w:r>
        <w:rPr>
          <w:rFonts w:ascii="Aptos Display" w:hAnsi="Aptos Display"/>
          <w:b/>
          <w:color w:val="101820"/>
          <w:sz w:val="26"/>
        </w:rPr>
        <w:t>PROMPT 13  •  STATION OPENING / CLOSING CHECKLIST</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Create an opening and closing checklist for the [station] in a full-service restaurant.</w:t>
              <w:br/>
              <w:br/>
              <w:t>Station responsibilities: [list]</w:t>
              <w:br/>
              <w:t>Equipment: [list]</w:t>
              <w:br/>
              <w:t>Products / pars: [list]</w:t>
              <w:br/>
              <w:t>Cleaning responsibilities: [list]</w:t>
              <w:br/>
              <w:t>Known recurring misses: [list]</w:t>
              <w:br/>
              <w:br/>
              <w:t>Create two concise checklists: OPEN and CLOSE. Separate employee tasks from manager verification. Include only items that can be observed or confirmed. Add 3-5 “failure prevention” checks for the recurring misses I listed.</w:t>
            </w:r>
          </w:p>
        </w:tc>
      </w:tr>
    </w:tbl>
    <w:p>
      <w:pPr>
        <w:spacing w:before="40" w:after="100"/>
      </w:pPr>
      <w:r>
        <w:rPr>
          <w:b/>
          <w:color w:val="C89B4A"/>
          <w:sz w:val="16"/>
        </w:rPr>
        <w:t xml:space="preserve">Manager check: </w:t>
      </w:r>
      <w:r>
        <w:rPr>
          <w:color w:val="666666"/>
          <w:sz w:val="16"/>
        </w:rPr>
        <w:t>Replace the brackets with real evidence and verify the answer before using it.</w:t>
      </w:r>
    </w:p>
    <w:p>
      <w:pPr>
        <w:spacing w:after="20"/>
      </w:pPr>
      <w:r>
        <w:rPr>
          <w:b/>
          <w:color w:val="C89B4A"/>
          <w:sz w:val="17"/>
        </w:rPr>
        <w:t>CLEANING</w:t>
      </w:r>
    </w:p>
    <w:p>
      <w:pPr>
        <w:spacing w:before="40" w:after="60"/>
        <w:pBdr>
          <w:bottom w:val="single" w:sz="7" w:space="4" w:color="C89B4A"/>
        </w:pBdr>
      </w:pPr>
      <w:r>
        <w:rPr>
          <w:rFonts w:ascii="Aptos Display" w:hAnsi="Aptos Display"/>
          <w:b/>
          <w:color w:val="101820"/>
          <w:sz w:val="26"/>
        </w:rPr>
        <w:t>PROMPT 14  •  CLEANING AND SANITATION SCHEDULE</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Help me organize a cleaning and sanitation schedule for [area/station].</w:t>
              <w:br/>
              <w:br/>
              <w:t>Equipment and surfaces: [list]</w:t>
              <w:br/>
              <w:t>Current cleaning tasks: [list]</w:t>
              <w:br/>
              <w:t>Who can perform them: [roles]</w:t>
              <w:br/>
              <w:t>Service schedule: [hours / dayparts]</w:t>
              <w:br/>
              <w:t>Known problem areas: [list]</w:t>
              <w:br/>
              <w:br/>
              <w:t>Group tasks by after-use, each shift, daily, weekly, monthly, and as needed. Assign a responsible role and a manager-verification method. Keep cleaning instructions separate from chemical-use directions, and tell me which items require verification against the product label, food-safety plan, or local health requirements.</w:t>
            </w:r>
          </w:p>
        </w:tc>
      </w:tr>
    </w:tbl>
    <w:p>
      <w:pPr>
        <w:spacing w:before="40" w:after="100"/>
      </w:pPr>
      <w:r>
        <w:rPr>
          <w:b/>
          <w:color w:val="C89B4A"/>
          <w:sz w:val="16"/>
        </w:rPr>
        <w:t xml:space="preserve">Manager check: </w:t>
      </w:r>
      <w:r>
        <w:rPr>
          <w:color w:val="666666"/>
          <w:sz w:val="16"/>
        </w:rPr>
        <w:t>Replace the brackets with real evidence and verify the answer before using it.</w:t>
      </w:r>
    </w:p>
    <w:p>
      <w:pPr>
        <w:spacing w:after="20"/>
      </w:pPr>
      <w:r>
        <w:rPr>
          <w:b/>
          <w:color w:val="C89B4A"/>
          <w:sz w:val="17"/>
        </w:rPr>
        <w:t>CLEANING &amp; COMPLIANCE</w:t>
      </w:r>
    </w:p>
    <w:p>
      <w:pPr>
        <w:spacing w:before="40" w:after="60"/>
        <w:pBdr>
          <w:bottom w:val="single" w:sz="7" w:space="4" w:color="C89B4A"/>
        </w:pBdr>
      </w:pPr>
      <w:r>
        <w:rPr>
          <w:rFonts w:ascii="Aptos Display" w:hAnsi="Aptos Display"/>
          <w:b/>
          <w:color w:val="101820"/>
          <w:sz w:val="26"/>
        </w:rPr>
        <w:t>PROMPT 15  •  STANDARDS / INSPECTION READINESS SELF-AUDIT</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Create a restaurant self-audit from the standards I provide. This is an internal readiness tool, not a substitute for an official inspection.</w:t>
              <w:br/>
              <w:br/>
              <w:t>Standards / policies / inspection notes: [paste current verified requirements]</w:t>
              <w:br/>
              <w:t>Problem areas from prior reviews: [list]</w:t>
              <w:br/>
              <w:br/>
              <w:t>Build an audit grouped by food handling, employee practices, storage, temperatures/records, cleaning, equipment/facilities, pest prevention, labeling/date marking, and manager records where applicable. For every failed item, include: immediate correction, owner, due date, and proof of closure. Do not invent legal thresholds that I did not provide.</w:t>
            </w:r>
          </w:p>
        </w:tc>
      </w:tr>
    </w:tbl>
    <w:p>
      <w:pPr>
        <w:spacing w:before="40" w:after="100"/>
      </w:pPr>
      <w:r>
        <w:rPr>
          <w:b/>
          <w:color w:val="C89B4A"/>
          <w:sz w:val="16"/>
        </w:rPr>
        <w:t xml:space="preserve">Manager check: </w:t>
      </w:r>
      <w:r>
        <w:rPr>
          <w:color w:val="666666"/>
          <w:sz w:val="16"/>
        </w:rPr>
        <w:t>Use verified current requirements as the source; do not let AI invent inspection standards.</w:t>
      </w:r>
    </w:p>
    <w:p>
      <w:r>
        <w:br w:type="page"/>
      </w:r>
    </w:p>
    <w:p>
      <w:pPr>
        <w:spacing w:after="20"/>
      </w:pPr>
      <w:r>
        <w:rPr>
          <w:b/>
          <w:color w:val="C89B4A"/>
          <w:sz w:val="17"/>
        </w:rPr>
        <w:t>LABOR</w:t>
      </w:r>
    </w:p>
    <w:p>
      <w:pPr>
        <w:spacing w:before="40" w:after="60"/>
        <w:pBdr>
          <w:bottom w:val="single" w:sz="7" w:space="4" w:color="C89B4A"/>
        </w:pBdr>
      </w:pPr>
      <w:r>
        <w:rPr>
          <w:rFonts w:ascii="Aptos Display" w:hAnsi="Aptos Display"/>
          <w:b/>
          <w:color w:val="101820"/>
          <w:sz w:val="26"/>
        </w:rPr>
        <w:t>PROMPT 16  •  LABOR PERFORMANCE REVIEW</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Analyze this restaurant labor information and help me identify where management attention is needed.</w:t>
              <w:br/>
              <w:br/>
              <w:t>Sales: [data]</w:t>
              <w:br/>
              <w:t>Labor hours: [data]</w:t>
              <w:br/>
              <w:t>Labor dollars: [data]</w:t>
              <w:br/>
              <w:t>Labor percent target: [target]</w:t>
              <w:br/>
              <w:t>By department/daypart if available: [data]</w:t>
              <w:br/>
              <w:t>Overtime: [data]</w:t>
              <w:br/>
              <w:t>Call-outs / coverage issues: [notes]</w:t>
              <w:br/>
              <w:br/>
              <w:t>Calculate or summarize only from the numbers I provide. Identify meaningful variances, possible operational causes that need verification, overstaffed or understaffed periods, and 3 actions management can test next week without harming service or safety. Show the evidence behind each recommendation.</w:t>
            </w:r>
          </w:p>
        </w:tc>
      </w:tr>
    </w:tbl>
    <w:p>
      <w:pPr>
        <w:spacing w:before="40" w:after="100"/>
      </w:pPr>
      <w:r>
        <w:rPr>
          <w:b/>
          <w:color w:val="C89B4A"/>
          <w:sz w:val="16"/>
        </w:rPr>
        <w:t xml:space="preserve">Manager check: </w:t>
      </w:r>
      <w:r>
        <w:rPr>
          <w:color w:val="666666"/>
          <w:sz w:val="16"/>
        </w:rPr>
        <w:t>Compare recommendations against guest demand and service standards, not labor percentage alone.</w:t>
      </w:r>
    </w:p>
    <w:p>
      <w:pPr>
        <w:spacing w:before="40" w:after="60"/>
        <w:pBdr>
          <w:bottom w:val="single" w:sz="7" w:space="4" w:color="C89B4A"/>
        </w:pBdr>
      </w:pPr>
      <w:r>
        <w:rPr>
          <w:rFonts w:ascii="Aptos Display" w:hAnsi="Aptos Display"/>
          <w:b/>
          <w:color w:val="101820"/>
          <w:sz w:val="26"/>
        </w:rPr>
        <w:t>PROMPT 17  •  SCHEDULE AND COVERAGE REVIEW</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Review this proposed restaurant schedule before I post it.</w:t>
              <w:br/>
              <w:br/>
              <w:t>Forecast sales / covers by day or daypart: [data]</w:t>
              <w:br/>
              <w:t>Proposed schedule: [paste schedule summary]</w:t>
              <w:br/>
              <w:t>Employee availability / role limitations: [relevant facts]</w:t>
              <w:br/>
              <w:t>Known reservations/events: [list]</w:t>
              <w:br/>
              <w:t>Labor target: [target]</w:t>
              <w:br/>
              <w:br/>
              <w:t>Look for coverage gaps, unnecessary overlap, weak opening/closing coverage, trainer needs, overtime risk, single points of failure, and periods where staffing may not match demand. Give me a prioritized revision list. Do not recommend changes that violate availability, required breaks, age restrictions, staffing rules, or other legal requirements.</w:t>
            </w:r>
          </w:p>
        </w:tc>
      </w:tr>
    </w:tbl>
    <w:p>
      <w:pPr>
        <w:spacing w:before="40" w:after="100"/>
      </w:pPr>
      <w:r>
        <w:rPr>
          <w:b/>
          <w:color w:val="C89B4A"/>
          <w:sz w:val="16"/>
        </w:rPr>
        <w:t xml:space="preserve">Manager check: </w:t>
      </w:r>
      <w:r>
        <w:rPr>
          <w:color w:val="666666"/>
          <w:sz w:val="16"/>
        </w:rPr>
        <w:t>Replace the brackets with real evidence and verify the answer before using it.</w:t>
      </w:r>
    </w:p>
    <w:p>
      <w:pPr>
        <w:spacing w:after="20"/>
      </w:pPr>
      <w:r>
        <w:rPr>
          <w:b/>
          <w:color w:val="C89B4A"/>
          <w:sz w:val="17"/>
        </w:rPr>
        <w:t>FOOD COST</w:t>
      </w:r>
    </w:p>
    <w:p>
      <w:pPr>
        <w:spacing w:before="40" w:after="60"/>
        <w:pBdr>
          <w:bottom w:val="single" w:sz="7" w:space="4" w:color="C89B4A"/>
        </w:pBdr>
      </w:pPr>
      <w:r>
        <w:rPr>
          <w:rFonts w:ascii="Aptos Display" w:hAnsi="Aptos Display"/>
          <w:b/>
          <w:color w:val="101820"/>
          <w:sz w:val="26"/>
        </w:rPr>
        <w:t>PROMPT 18  •  FOOD COST VARIANCE REVIEW</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Help me investigate a food-cost variance using the records below.</w:t>
              <w:br/>
              <w:br/>
              <w:t>Sales: [data]</w:t>
              <w:br/>
              <w:t>Food purchases: [data]</w:t>
              <w:br/>
              <w:t>Beginning / ending inventory: [data]</w:t>
              <w:br/>
              <w:t>Theoretical or recipe cost, if available: [data]</w:t>
              <w:br/>
              <w:t>Actual food cost: [data]</w:t>
              <w:br/>
              <w:t>Waste / comps / transfers: [data]</w:t>
              <w:br/>
              <w:t>Known price changes: [notes]</w:t>
              <w:br/>
              <w:br/>
              <w:t>Separate mathematical facts from possible causes. Identify the largest likely drivers to verify - purchasing price, waste, portioning, recipe usage, inventory accuracy, receiving, theft/loss, menu mix, or data errors. Give me a verification plan in priority order instead of assuming the cause.</w:t>
            </w:r>
          </w:p>
        </w:tc>
      </w:tr>
    </w:tbl>
    <w:p>
      <w:pPr>
        <w:spacing w:before="40" w:after="100"/>
      </w:pPr>
      <w:r>
        <w:rPr>
          <w:b/>
          <w:color w:val="C89B4A"/>
          <w:sz w:val="16"/>
        </w:rPr>
        <w:t xml:space="preserve">Manager check: </w:t>
      </w:r>
      <w:r>
        <w:rPr>
          <w:color w:val="666666"/>
          <w:sz w:val="16"/>
        </w:rPr>
        <w:t>A variance points to a question; it does not prove the cause.</w:t>
      </w:r>
    </w:p>
    <w:p>
      <w:r>
        <w:br w:type="page"/>
      </w:r>
    </w:p>
    <w:p>
      <w:pPr>
        <w:spacing w:before="40" w:after="60"/>
        <w:pBdr>
          <w:bottom w:val="single" w:sz="7" w:space="4" w:color="C89B4A"/>
        </w:pBdr>
      </w:pPr>
      <w:r>
        <w:rPr>
          <w:rFonts w:ascii="Aptos Display" w:hAnsi="Aptos Display"/>
          <w:b/>
          <w:color w:val="101820"/>
          <w:sz w:val="26"/>
        </w:rPr>
        <w:t>PROMPT 19  •  WASTE ROOT-CAUSE REVIEW</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Analyze this restaurant waste log and help me find preventable patterns.</w:t>
              <w:br/>
              <w:br/>
              <w:t>Waste records: [paste data]</w:t>
              <w:br/>
              <w:t>Sales / volume context: [data]</w:t>
              <w:br/>
              <w:t>Prep levels or pars: [data]</w:t>
              <w:br/>
              <w:t>Known events or outages: [notes]</w:t>
              <w:br/>
              <w:br/>
              <w:t>Group the waste by likely source: overproduction, spoilage, prep error, cooking error, portion error, quality rejection, returned food, breakage/spill, or other. Identify repeated items/times/stations, estimate which patterns deserve the fastest attention, and recommend 3 controlled tests to reduce waste. Do not treat unavoidable or safety-required disposal as a performance failure.</w:t>
            </w:r>
          </w:p>
        </w:tc>
      </w:tr>
    </w:tbl>
    <w:p>
      <w:pPr>
        <w:spacing w:before="40" w:after="100"/>
      </w:pPr>
      <w:r>
        <w:rPr>
          <w:b/>
          <w:color w:val="C89B4A"/>
          <w:sz w:val="16"/>
        </w:rPr>
        <w:t xml:space="preserve">Manager check: </w:t>
      </w:r>
      <w:r>
        <w:rPr>
          <w:color w:val="666666"/>
          <w:sz w:val="16"/>
        </w:rPr>
        <w:t>Replace the brackets with real evidence and verify the answer before using it.</w:t>
      </w:r>
    </w:p>
    <w:p>
      <w:pPr>
        <w:spacing w:after="20"/>
      </w:pPr>
      <w:r>
        <w:rPr>
          <w:b/>
          <w:color w:val="C89B4A"/>
          <w:sz w:val="17"/>
        </w:rPr>
        <w:t>INVENTORY</w:t>
      </w:r>
    </w:p>
    <w:p>
      <w:pPr>
        <w:spacing w:before="40" w:after="60"/>
        <w:pBdr>
          <w:bottom w:val="single" w:sz="7" w:space="4" w:color="C89B4A"/>
        </w:pBdr>
      </w:pPr>
      <w:r>
        <w:rPr>
          <w:rFonts w:ascii="Aptos Display" w:hAnsi="Aptos Display"/>
          <w:b/>
          <w:color w:val="101820"/>
          <w:sz w:val="26"/>
        </w:rPr>
        <w:t>PROMPT 20  •  INVENTORY, PAR, AND PURCHASING PLAN</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Help me review restaurant inventory and purchasing levels.</w:t>
              <w:br/>
              <w:br/>
              <w:t>Recent usage / sales: [data]</w:t>
              <w:br/>
              <w:t>Current on-hand: [data]</w:t>
              <w:br/>
              <w:t>Current pars: [data]</w:t>
              <w:br/>
              <w:t>Vendor lead times / delivery days: [data]</w:t>
              <w:br/>
              <w:t>Upcoming events or demand changes: [notes]</w:t>
              <w:br/>
              <w:t>Waste / stockouts: [notes]</w:t>
              <w:br/>
              <w:br/>
              <w:t>Identify items that appear overstocked, understocked, or unstable. Recommend par changes only where the evidence supports them. Show the logic for each recommendation and flag items where more usage history is needed before changing the par.</w:t>
            </w:r>
          </w:p>
        </w:tc>
      </w:tr>
    </w:tbl>
    <w:p>
      <w:pPr>
        <w:spacing w:before="40" w:after="100"/>
      </w:pPr>
      <w:r>
        <w:rPr>
          <w:b/>
          <w:color w:val="C89B4A"/>
          <w:sz w:val="16"/>
        </w:rPr>
        <w:t xml:space="preserve">Manager check: </w:t>
      </w:r>
      <w:r>
        <w:rPr>
          <w:color w:val="666666"/>
          <w:sz w:val="16"/>
        </w:rPr>
        <w:t>Replace the brackets with real evidence and verify the answer before using it.</w:t>
      </w:r>
    </w:p>
    <w:p>
      <w:pPr>
        <w:spacing w:after="20"/>
      </w:pPr>
      <w:r>
        <w:rPr>
          <w:b/>
          <w:color w:val="C89B4A"/>
          <w:sz w:val="17"/>
        </w:rPr>
        <w:t>GUEST EXPERIENCE</w:t>
      </w:r>
    </w:p>
    <w:p>
      <w:pPr>
        <w:spacing w:before="40" w:after="60"/>
        <w:pBdr>
          <w:bottom w:val="single" w:sz="7" w:space="4" w:color="C89B4A"/>
        </w:pBdr>
      </w:pPr>
      <w:r>
        <w:rPr>
          <w:rFonts w:ascii="Aptos Display" w:hAnsi="Aptos Display"/>
          <w:b/>
          <w:color w:val="101820"/>
          <w:sz w:val="26"/>
        </w:rPr>
        <w:t>PROMPT 21  •  GUEST COMPLAINT RECOVERY RESPONSE</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Help me respond to this restaurant guest complaint with empathy and accountability.</w:t>
              <w:br/>
              <w:br/>
              <w:t>Guest message: [paste message with unnecessary personal information removed]</w:t>
              <w:br/>
              <w:t>Verified facts: [facts]</w:t>
              <w:br/>
              <w:t>What we can responsibly offer or do: [options]</w:t>
              <w:br/>
              <w:t>What is still uncertain: [unknowns]</w:t>
              <w:br/>
              <w:br/>
              <w:t>Draft a response that acknowledges the experience without arguing, avoids admitting facts we have not verified, explains the next step, and sounds like a real restaurant leader rather than a corporate template. Then give me an internal follow-up list so we fix the operating issue instead of only answering the guest.</w:t>
            </w:r>
          </w:p>
        </w:tc>
      </w:tr>
    </w:tbl>
    <w:p>
      <w:pPr>
        <w:spacing w:before="40" w:after="100"/>
      </w:pPr>
      <w:r>
        <w:rPr>
          <w:b/>
          <w:color w:val="C89B4A"/>
          <w:sz w:val="16"/>
        </w:rPr>
        <w:t xml:space="preserve">Manager check: </w:t>
      </w:r>
      <w:r>
        <w:rPr>
          <w:color w:val="666666"/>
          <w:sz w:val="16"/>
        </w:rPr>
        <w:t>Guest recovery should fix the operation as well as answer the guest.</w:t>
      </w:r>
    </w:p>
    <w:p>
      <w:r>
        <w:br w:type="page"/>
      </w:r>
    </w:p>
    <w:p>
      <w:pPr>
        <w:spacing w:before="40" w:after="60"/>
        <w:pBdr>
          <w:bottom w:val="single" w:sz="7" w:space="4" w:color="C89B4A"/>
        </w:pBdr>
      </w:pPr>
      <w:r>
        <w:rPr>
          <w:rFonts w:ascii="Aptos Display" w:hAnsi="Aptos Display"/>
          <w:b/>
          <w:color w:val="101820"/>
          <w:sz w:val="26"/>
        </w:rPr>
        <w:t>PROMPT 22  •  GUEST FEEDBACK THEME ANALYSIS</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Analyze these guest comments/reviews for operating patterns.</w:t>
              <w:br/>
              <w:br/>
              <w:t>Feedback: [paste comments]</w:t>
              <w:br/>
              <w:t>Time period: [dates]</w:t>
              <w:br/>
              <w:t>Relevant sales/volume context, if available: [data]</w:t>
              <w:br/>
              <w:br/>
              <w:t>Group feedback into themes such as food quality, speed, hospitality, accuracy, cleanliness, atmosphere, value, recovery, or other. Distinguish repeated patterns from isolated comments. Identify the 3 themes with the strongest evidence, quote only short representative phrases, and recommend what management should observe or measure next before making a major change.</w:t>
            </w:r>
          </w:p>
        </w:tc>
      </w:tr>
    </w:tbl>
    <w:p>
      <w:pPr>
        <w:spacing w:before="40" w:after="100"/>
      </w:pPr>
      <w:r>
        <w:rPr>
          <w:b/>
          <w:color w:val="C89B4A"/>
          <w:sz w:val="16"/>
        </w:rPr>
        <w:t xml:space="preserve">Manager check: </w:t>
      </w:r>
      <w:r>
        <w:rPr>
          <w:color w:val="666666"/>
          <w:sz w:val="16"/>
        </w:rPr>
        <w:t>Replace the brackets with real evidence and verify the answer before using it.</w:t>
      </w:r>
    </w:p>
    <w:p>
      <w:pPr>
        <w:spacing w:after="20"/>
      </w:pPr>
      <w:r>
        <w:rPr>
          <w:b/>
          <w:color w:val="C89B4A"/>
          <w:sz w:val="17"/>
        </w:rPr>
        <w:t>SALES &amp; GROWTH</w:t>
      </w:r>
    </w:p>
    <w:p>
      <w:pPr>
        <w:spacing w:before="40" w:after="60"/>
        <w:pBdr>
          <w:bottom w:val="single" w:sz="7" w:space="4" w:color="C89B4A"/>
        </w:pBdr>
      </w:pPr>
      <w:r>
        <w:rPr>
          <w:rFonts w:ascii="Aptos Display" w:hAnsi="Aptos Display"/>
          <w:b/>
          <w:color w:val="101820"/>
          <w:sz w:val="26"/>
        </w:rPr>
        <w:t>PROMPT 23  •  30-DAY SALES-BUILDING PLAN</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Build a realistic 30-day restaurant sales-building plan based on our actual situation.</w:t>
              <w:br/>
              <w:br/>
              <w:t>Restaurant type / market: [context]</w:t>
              <w:br/>
              <w:t>Current sales pattern: [data]</w:t>
              <w:br/>
              <w:t>Best-selling items/dayparts: [data]</w:t>
              <w:br/>
              <w:t>Weak dayparts or occasions: [data]</w:t>
              <w:br/>
              <w:t>Guest strengths: [what people like]</w:t>
              <w:br/>
              <w:t>Marketing resources/budget: [resources]</w:t>
              <w:br/>
              <w:t>Operational limitations: [constraints]</w:t>
              <w:br/>
              <w:br/>
              <w:t>Give me no more than 5 initiatives. For each: target guest, offer/message, operating requirement, owner, launch date, cost/risk, measure of success, and stop/continue decision point. Favor ideas the operation can execute well over generic social-media activity.</w:t>
            </w:r>
          </w:p>
        </w:tc>
      </w:tr>
    </w:tbl>
    <w:p>
      <w:pPr>
        <w:spacing w:before="40" w:after="100"/>
      </w:pPr>
      <w:r>
        <w:rPr>
          <w:b/>
          <w:color w:val="C89B4A"/>
          <w:sz w:val="16"/>
        </w:rPr>
        <w:t xml:space="preserve">Manager check: </w:t>
      </w:r>
      <w:r>
        <w:rPr>
          <w:color w:val="666666"/>
          <w:sz w:val="16"/>
        </w:rPr>
        <w:t>Replace the brackets with real evidence and verify the answer before using it.</w:t>
      </w:r>
    </w:p>
    <w:p>
      <w:pPr>
        <w:spacing w:after="20"/>
      </w:pPr>
      <w:r>
        <w:rPr>
          <w:b/>
          <w:color w:val="C89B4A"/>
          <w:sz w:val="17"/>
        </w:rPr>
        <w:t>LOSS PREVENTION</w:t>
      </w:r>
    </w:p>
    <w:p>
      <w:pPr>
        <w:spacing w:before="40" w:after="60"/>
        <w:pBdr>
          <w:bottom w:val="single" w:sz="7" w:space="4" w:color="C89B4A"/>
        </w:pBdr>
      </w:pPr>
      <w:r>
        <w:rPr>
          <w:rFonts w:ascii="Aptos Display" w:hAnsi="Aptos Display"/>
          <w:b/>
          <w:color w:val="101820"/>
          <w:sz w:val="26"/>
        </w:rPr>
        <w:t>PROMPT 24  •  CASH, VOID, DISCOUNT, AND EXCEPTION REVIEW</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Help me review these restaurant cash/POS exceptions for patterns that deserve management attention.</w:t>
              <w:br/>
              <w:br/>
              <w:t>Voids: [data]</w:t>
              <w:br/>
              <w:t>Discounts/comps: [data]</w:t>
              <w:br/>
              <w:t>Refunds: [data]</w:t>
              <w:br/>
              <w:t>Cash over/short: [data]</w:t>
              <w:br/>
              <w:t>Manager overrides: [data]</w:t>
              <w:br/>
              <w:t>Relevant shift/server/daypart detail: [data]</w:t>
              <w:br/>
              <w:br/>
              <w:t>Identify unusual concentrations, repeated patterns, missing explanations, and records that should be verified. Do not accuse any employee of theft or misconduct. Separate data anomalies from evidence of policy violations, and give me a neutral follow-up checklist for management review.</w:t>
            </w:r>
          </w:p>
        </w:tc>
      </w:tr>
    </w:tbl>
    <w:p>
      <w:pPr>
        <w:spacing w:before="40" w:after="100"/>
      </w:pPr>
      <w:r>
        <w:rPr>
          <w:b/>
          <w:color w:val="C89B4A"/>
          <w:sz w:val="16"/>
        </w:rPr>
        <w:t xml:space="preserve">Manager check: </w:t>
      </w:r>
      <w:r>
        <w:rPr>
          <w:color w:val="666666"/>
          <w:sz w:val="16"/>
        </w:rPr>
        <w:t>Patterns justify review; they do not by themselves prove misconduct.</w:t>
      </w:r>
    </w:p>
    <w:p>
      <w:r>
        <w:br w:type="page"/>
      </w:r>
    </w:p>
    <w:p>
      <w:pPr>
        <w:spacing w:after="20"/>
      </w:pPr>
      <w:r>
        <w:rPr>
          <w:b/>
          <w:color w:val="C89B4A"/>
          <w:sz w:val="17"/>
        </w:rPr>
        <w:t>RISK &amp; CONTINUITY</w:t>
      </w:r>
    </w:p>
    <w:p>
      <w:pPr>
        <w:spacing w:before="40" w:after="60"/>
        <w:pBdr>
          <w:bottom w:val="single" w:sz="7" w:space="4" w:color="C89B4A"/>
        </w:pBdr>
      </w:pPr>
      <w:r>
        <w:rPr>
          <w:rFonts w:ascii="Aptos Display" w:hAnsi="Aptos Display"/>
          <w:b/>
          <w:color w:val="101820"/>
          <w:sz w:val="26"/>
        </w:rPr>
        <w:t>PROMPT 25  •  EMERGENCY / INCIDENT AFTER-ACTION REVIEW</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Help me conduct a restaurant after-action review for this incident or disruption.</w:t>
              <w:br/>
              <w:br/>
              <w:t>Incident: [power outage, injury, severe weather, equipment failure, guest incident, etc.]</w:t>
              <w:br/>
              <w:t>Verified timeline: [facts]</w:t>
              <w:br/>
              <w:t>What the team did: [facts]</w:t>
              <w:br/>
              <w:t>What worked: [notes]</w:t>
              <w:br/>
              <w:t>What failed or was unclear: [notes]</w:t>
              <w:br/>
              <w:t>Operational impact: [notes]</w:t>
              <w:br/>
              <w:br/>
              <w:t>Create an after-action review with: timeline, immediate response, strengths, breakdowns, missing resources/information, corrective actions, owner and due date, training/SOP changes to consider, and evidence needed to verify closure. Flag any matter that should be reviewed with the appropriate safety, insurance, HR, legal, health, or emergency authority.</w:t>
            </w:r>
          </w:p>
        </w:tc>
      </w:tr>
    </w:tbl>
    <w:p>
      <w:pPr>
        <w:spacing w:before="40" w:after="100"/>
      </w:pPr>
      <w:r>
        <w:rPr>
          <w:b/>
          <w:color w:val="C89B4A"/>
          <w:sz w:val="16"/>
        </w:rPr>
        <w:t xml:space="preserve">Manager check: </w:t>
      </w:r>
      <w:r>
        <w:rPr>
          <w:color w:val="666666"/>
          <w:sz w:val="16"/>
        </w:rPr>
        <w:t>Emergency, injury, safety, insurance, HR, or legal matters may require qualified review.</w:t>
      </w:r>
    </w:p>
    <w:p>
      <w:pPr>
        <w:spacing w:after="20"/>
      </w:pPr>
      <w:r>
        <w:rPr>
          <w:b/>
          <w:color w:val="C89B4A"/>
          <w:sz w:val="17"/>
        </w:rPr>
        <w:t>25 MORE WAYS TO USE AI</w:t>
      </w:r>
    </w:p>
    <w:p>
      <w:pPr>
        <w:spacing w:after="20"/>
      </w:pPr>
      <w:r>
        <w:rPr>
          <w:b/>
          <w:color w:val="C89B4A"/>
          <w:sz w:val="17"/>
        </w:rPr>
        <w:t>FORECASTING &amp; DAILY CONTROL</w:t>
      </w:r>
    </w:p>
    <w:p>
      <w:pPr>
        <w:spacing w:before="40" w:after="60"/>
        <w:pBdr>
          <w:bottom w:val="single" w:sz="7" w:space="4" w:color="C89B4A"/>
        </w:pBdr>
      </w:pPr>
      <w:r>
        <w:rPr>
          <w:rFonts w:ascii="Aptos Display" w:hAnsi="Aptos Display"/>
          <w:b/>
          <w:color w:val="101820"/>
          <w:sz w:val="26"/>
        </w:rPr>
        <w:t>PROMPT 26  •  SALES FORECAST &amp; STAFFING ALIGNMENT</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Act as a restaurant operations analyst. Help me turn the information below into a practical sales forecast and staffing need for the next [day/week].
Recent comparable sales: [data]
Recent covers / transactions: [data]
Reservations / events / holidays / weather factors: [facts]
Current staffing availability by role: [data]
Labor target or guardrails: [target]
Known service risks: [notes]
Create: 1) a forecast range instead of false precision, 2) the assumptions behind it, 3) likely peak dayparts, 4) recommended staffing by role/daypart, 5) risks that could make the forecast wrong, and 6) what the manager should monitor and adjust in real time. Do not invent missing data.</w:t>
              <w:br/>
              <w:br/>
              <w:t/>
              <w:br/>
              <w:t/>
              <w:br/>
              <w:t/>
              <w:br/>
              <w:t/>
              <w:br/>
              <w:t/>
              <w:br/>
              <w:t/>
              <w:br/>
              <w:br/>
              <w:t/>
            </w:r>
          </w:p>
        </w:tc>
      </w:tr>
    </w:tbl>
    <w:p>
      <w:pPr>
        <w:spacing w:before="40" w:after="100"/>
      </w:pPr>
      <w:r>
        <w:rPr>
          <w:b/>
          <w:color w:val="C89B4A"/>
          <w:sz w:val="16"/>
        </w:rPr>
        <w:t xml:space="preserve">Manager check: </w:t>
      </w:r>
      <w:r>
        <w:rPr>
          <w:color w:val="666666"/>
          <w:sz w:val="16"/>
        </w:rPr>
        <w:t>Forecasts are planning tools. Compare them with actual demand and adjust rather than treating them as guarantees.</w:t>
      </w:r>
    </w:p>
    <w:p>
      <w:pPr>
        <w:spacing w:before="40" w:after="60"/>
        <w:pBdr>
          <w:bottom w:val="single" w:sz="7" w:space="4" w:color="C89B4A"/>
        </w:pBdr>
      </w:pPr>
      <w:r>
        <w:rPr>
          <w:rFonts w:ascii="Aptos Display" w:hAnsi="Aptos Display"/>
          <w:b/>
          <w:color w:val="101820"/>
          <w:sz w:val="26"/>
        </w:rPr>
        <w:t>PROMPT 27  •  DAILY MANAGER CONTROL SUMMARY</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Turn today’s restaurant operating data into a one-page manager control summary.
Sales: [data]
Covers / transactions: [data]
Labor: [data]
Food / waste issues: [data]
Guest complaints / recoveries: [notes]
Voids / comps / refunds / cash exceptions: [data]
Staffing / call-outs / training issues: [notes]
Equipment / facility issues: [notes]
Separate: what happened, what is unusual, what needs action today, what can wait, and what evidence is still missing. End with the top three management priorities and one question the next manager must answer.</w:t>
              <w:br/>
              <w:br/>
              <w:t/>
              <w:br/>
              <w:t/>
              <w:br/>
              <w:t/>
              <w:br/>
              <w:t/>
              <w:br/>
              <w:t/>
              <w:br/>
              <w:t/>
              <w:br/>
              <w:br/>
              <w:t/>
            </w:r>
          </w:p>
        </w:tc>
      </w:tr>
    </w:tbl>
    <w:p>
      <w:pPr>
        <w:spacing w:before="40" w:after="100"/>
      </w:pPr>
      <w:r>
        <w:rPr>
          <w:b/>
          <w:color w:val="C89B4A"/>
          <w:sz w:val="16"/>
        </w:rPr>
        <w:t xml:space="preserve">Manager check: </w:t>
      </w:r>
      <w:r>
        <w:rPr>
          <w:color w:val="666666"/>
          <w:sz w:val="16"/>
        </w:rPr>
        <w:t>Use the summary to focus management attention, not to replace the underlying records.</w:t>
      </w:r>
    </w:p>
    <w:p>
      <w:pPr>
        <w:spacing w:after="20"/>
      </w:pPr>
      <w:r>
        <w:rPr>
          <w:b/>
          <w:color w:val="C89B4A"/>
          <w:sz w:val="17"/>
        </w:rPr>
        <w:t>MENU &amp; SALES INTELLIGENCE</w:t>
      </w:r>
    </w:p>
    <w:p>
      <w:pPr>
        <w:spacing w:before="40" w:after="60"/>
        <w:pBdr>
          <w:bottom w:val="single" w:sz="7" w:space="4" w:color="C89B4A"/>
        </w:pBdr>
      </w:pPr>
      <w:r>
        <w:rPr>
          <w:rFonts w:ascii="Aptos Display" w:hAnsi="Aptos Display"/>
          <w:b/>
          <w:color w:val="101820"/>
          <w:sz w:val="26"/>
        </w:rPr>
        <w:t>PROMPT 28  •  MENU MIX &amp; CONTRIBUTION OPPORTUNITY REVIEW</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Help me analyze this menu mix for management opportunities.
Menu items: [list]
Units sold: [data]
Selling prices: [data]
Recipe or estimated food cost: [data]
Gross contribution dollars if available: [data]
Prep difficulty / ticket-time concerns: [notes]
Guest feedback: [notes]
Identify high-volume/high-contribution items, high-volume/low-contribution items, low-volume/high-contribution opportunities, and low-volume/low-contribution items. Flag missing or unreliable data. Suggest questions to investigate before changing prices, portions, recipes, placement, or promotion. Do not recommend a menu change solely from popularity.</w:t>
              <w:br/>
              <w:br/>
              <w:t/>
              <w:br/>
              <w:t/>
              <w:br/>
              <w:t/>
              <w:br/>
              <w:t/>
              <w:br/>
              <w:t/>
              <w:br/>
              <w:t/>
              <w:br/>
              <w:br/>
              <w:t/>
            </w:r>
          </w:p>
        </w:tc>
      </w:tr>
    </w:tbl>
    <w:p>
      <w:pPr>
        <w:spacing w:before="40" w:after="100"/>
      </w:pPr>
      <w:r>
        <w:rPr>
          <w:b/>
          <w:color w:val="C89B4A"/>
          <w:sz w:val="16"/>
        </w:rPr>
        <w:t xml:space="preserve">Manager check: </w:t>
      </w:r>
      <w:r>
        <w:rPr>
          <w:color w:val="666666"/>
          <w:sz w:val="16"/>
        </w:rPr>
        <w:t>Profit, guest value, execution, and brand fit all matter; menu mix alone is not the whole decision.</w:t>
      </w:r>
    </w:p>
    <w:p>
      <w:pPr>
        <w:spacing w:before="40" w:after="60"/>
        <w:pBdr>
          <w:bottom w:val="single" w:sz="7" w:space="4" w:color="C89B4A"/>
        </w:pBdr>
      </w:pPr>
      <w:r>
        <w:rPr>
          <w:rFonts w:ascii="Aptos Display" w:hAnsi="Aptos Display"/>
          <w:b/>
          <w:color w:val="101820"/>
          <w:sz w:val="26"/>
        </w:rPr>
        <w:t>PROMPT 29  •  PROMOTION OR LIMITED-TIME-OFFER REVIEW</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Evaluate this restaurant promotion or limited-time offer using the real numbers I provide.
Offer: [description]
Dates / dayparts: [period]
Units sold: [data]
Incremental sales if known: [data]
Discount / offer cost: [data]
Food and packaging cost: [data]
Labor or operational impact: [notes]
Guest response: [notes]
Cannibalization concerns: [notes]
Tell me what we can conclude, what we cannot conclude, whether the offer appears to drive profitable behavior, what operational costs may be hidden, and what data to capture next time. End with keep / change / stop / test-again considerations, not a forced verdict.</w:t>
              <w:br/>
              <w:br/>
              <w:t/>
              <w:br/>
              <w:t/>
              <w:br/>
              <w:t/>
              <w:br/>
              <w:t/>
              <w:br/>
              <w:t/>
              <w:br/>
              <w:t/>
              <w:br/>
              <w:br/>
              <w:t/>
            </w:r>
          </w:p>
        </w:tc>
      </w:tr>
    </w:tbl>
    <w:p>
      <w:pPr>
        <w:spacing w:before="40" w:after="100"/>
      </w:pPr>
      <w:r>
        <w:rPr>
          <w:b/>
          <w:color w:val="C89B4A"/>
          <w:sz w:val="16"/>
        </w:rPr>
        <w:t xml:space="preserve">Manager check: </w:t>
      </w:r>
      <w:r>
        <w:rPr>
          <w:color w:val="666666"/>
          <w:sz w:val="16"/>
        </w:rPr>
        <w:t>Do not call a promotion successful just because sales went up; consider margin, workload, and what sales it replaced.</w:t>
      </w:r>
    </w:p>
    <w:p>
      <w:pPr>
        <w:spacing w:before="40" w:after="60"/>
        <w:pBdr>
          <w:bottom w:val="single" w:sz="7" w:space="4" w:color="C89B4A"/>
        </w:pBdr>
      </w:pPr>
      <w:r>
        <w:rPr>
          <w:rFonts w:ascii="Aptos Display" w:hAnsi="Aptos Display"/>
          <w:b/>
          <w:color w:val="101820"/>
          <w:sz w:val="26"/>
        </w:rPr>
        <w:t>PROMPT 30  •  SERVER SALES COACHING PLAN</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Build a fair restaurant sales-coaching plan for a server or service team using the evidence below.
Sales measures we care about: [beverage, appetizer, dessert, add-on, check average, etc.]
Current results: [data]
Restaurant standards: [standards]
Guest-service expectations: [standards]
Observed strengths: [facts]
Observed missed opportunities: [facts]
Create coaching focused on guest needs, product knowledge, confident recommendations, and accurate service - not pressure tactics. Include one skill to practice, one role-play, one measurable observation, and one follow-up date.</w:t>
              <w:br/>
              <w:br/>
              <w:t/>
              <w:br/>
              <w:t/>
              <w:br/>
              <w:t/>
              <w:br/>
              <w:t/>
              <w:br/>
              <w:t/>
              <w:br/>
              <w:t/>
              <w:br/>
              <w:br/>
              <w:t/>
            </w:r>
          </w:p>
        </w:tc>
      </w:tr>
    </w:tbl>
    <w:p>
      <w:pPr>
        <w:spacing w:before="40" w:after="100"/>
      </w:pPr>
      <w:r>
        <w:rPr>
          <w:b/>
          <w:color w:val="C89B4A"/>
          <w:sz w:val="16"/>
        </w:rPr>
        <w:t xml:space="preserve">Manager check: </w:t>
      </w:r>
      <w:r>
        <w:rPr>
          <w:color w:val="666666"/>
          <w:sz w:val="16"/>
        </w:rPr>
        <w:t>Sales coaching should improve hospitality and product knowledge, not encourage manipulation or unwanted pressure.</w:t>
      </w:r>
    </w:p>
    <w:p>
      <w:pPr>
        <w:spacing w:after="20"/>
      </w:pPr>
      <w:r>
        <w:rPr>
          <w:b/>
          <w:color w:val="C89B4A"/>
          <w:sz w:val="17"/>
        </w:rPr>
        <w:t>GUEST RELATIONSHIP &amp; RETENTION</w:t>
      </w:r>
    </w:p>
    <w:p>
      <w:pPr>
        <w:spacing w:before="40" w:after="60"/>
        <w:pBdr>
          <w:bottom w:val="single" w:sz="7" w:space="4" w:color="C89B4A"/>
        </w:pBdr>
      </w:pPr>
      <w:r>
        <w:rPr>
          <w:rFonts w:ascii="Aptos Display" w:hAnsi="Aptos Display"/>
          <w:b/>
          <w:color w:val="101820"/>
          <w:sz w:val="26"/>
        </w:rPr>
        <w:t>PROMPT 31  •  GUEST REACTIVATION PLAN</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Help me design a respectful guest-reactivation plan for customers who have not returned recently.
Available guest data and permissions: [describe only what may lawfully/appropriately be used]
Typical visit frequency: [data]
Recent changes in menu/service: [facts]
Strongest reasons guests choose us: [facts]
Budget / offer limits: [limits]
Channels available: [email, loyalty, social, etc.]
Create a simple 30-day reactivation test with audience logic, message themes, optional offers, timing, measurement, and a stop rule if the outreach is not useful. Do not assume consent or recommend using data we do not have permission to use.</w:t>
              <w:br/>
              <w:br/>
              <w:t/>
              <w:br/>
              <w:t/>
              <w:br/>
              <w:t/>
              <w:br/>
              <w:t/>
              <w:br/>
              <w:t/>
              <w:br/>
              <w:t/>
              <w:br/>
              <w:br/>
              <w:t/>
            </w:r>
          </w:p>
        </w:tc>
      </w:tr>
    </w:tbl>
    <w:p>
      <w:pPr>
        <w:spacing w:before="40" w:after="100"/>
      </w:pPr>
      <w:r>
        <w:rPr>
          <w:b/>
          <w:color w:val="C89B4A"/>
          <w:sz w:val="16"/>
        </w:rPr>
        <w:t xml:space="preserve">Manager check: </w:t>
      </w:r>
      <w:r>
        <w:rPr>
          <w:color w:val="666666"/>
          <w:sz w:val="16"/>
        </w:rPr>
        <w:t>Use only customer information and communication permissions the restaurant is allowed to use.</w:t>
      </w:r>
    </w:p>
    <w:p>
      <w:pPr>
        <w:spacing w:after="20"/>
      </w:pPr>
      <w:r>
        <w:rPr>
          <w:b/>
          <w:color w:val="C89B4A"/>
          <w:sz w:val="17"/>
        </w:rPr>
        <w:t>HIRING &amp; RETENTION</w:t>
      </w:r>
    </w:p>
    <w:p>
      <w:pPr>
        <w:spacing w:before="40" w:after="60"/>
        <w:pBdr>
          <w:bottom w:val="single" w:sz="7" w:space="4" w:color="C89B4A"/>
        </w:pBdr>
      </w:pPr>
      <w:r>
        <w:rPr>
          <w:rFonts w:ascii="Aptos Display" w:hAnsi="Aptos Display"/>
          <w:b/>
          <w:color w:val="101820"/>
          <w:sz w:val="26"/>
        </w:rPr>
        <w:t>PROMPT 32  •  EMPLOYEE RETENTION RISK REVIEW</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Help me identify employee-retention risks using only job-related, non-sensitive information.
Turnover pattern: [data]
Call-outs / scheduling issues: [data]
Exit feedback: [themes]
Training completion: [data]
Manager observations: [facts]
Pay / hours / role changes relevant to the job: [facts]
Known team concerns: [themes]
Separate systemic risks from individual assumptions. Identify the top retention pressure points, evidence supporting each one, what information is missing, and low-cost management actions we can test over the next 30 days.</w:t>
              <w:br/>
              <w:br/>
              <w:t/>
              <w:br/>
              <w:t/>
              <w:br/>
              <w:t/>
              <w:br/>
              <w:t/>
              <w:br/>
              <w:t/>
              <w:br/>
              <w:t/>
              <w:br/>
              <w:br/>
              <w:t/>
            </w:r>
          </w:p>
        </w:tc>
      </w:tr>
    </w:tbl>
    <w:p>
      <w:pPr>
        <w:spacing w:before="40" w:after="100"/>
      </w:pPr>
      <w:r>
        <w:rPr>
          <w:b/>
          <w:color w:val="C89B4A"/>
          <w:sz w:val="16"/>
        </w:rPr>
        <w:t xml:space="preserve">Manager check: </w:t>
      </w:r>
      <w:r>
        <w:rPr>
          <w:color w:val="666666"/>
          <w:sz w:val="16"/>
        </w:rPr>
        <w:t>Do not infer private motives or personal traits; use job-related evidence and direct employee feedback.</w:t>
      </w:r>
    </w:p>
    <w:p>
      <w:pPr>
        <w:spacing w:before="40" w:after="60"/>
        <w:pBdr>
          <w:bottom w:val="single" w:sz="7" w:space="4" w:color="C89B4A"/>
        </w:pBdr>
      </w:pPr>
      <w:r>
        <w:rPr>
          <w:rFonts w:ascii="Aptos Display" w:hAnsi="Aptos Display"/>
          <w:b/>
          <w:color w:val="101820"/>
          <w:sz w:val="26"/>
        </w:rPr>
        <w:t>PROMPT 33  •  STAY-INTERVIEW QUESTION SET</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Create a short stay-interview guide for current restaurant employees.
Role(s): [positions]
Tenure range: [range]
Known retention concerns: [themes]
What management genuinely can change: [list]
What is not negotiable: [standards / constraints]
Give me 8-10 neutral questions that help employees explain what makes the job workable, what creates frustration, what support they need, what makes them consider leaving, and what one realistic change would matter most. Add a manager note-taking structure that separates employee comments from management conclusions.</w:t>
              <w:br/>
              <w:br/>
              <w:t/>
              <w:br/>
              <w:t/>
              <w:br/>
              <w:t/>
              <w:br/>
              <w:t/>
              <w:br/>
              <w:t/>
              <w:br/>
              <w:t/>
              <w:br/>
              <w:br/>
              <w:t/>
            </w:r>
          </w:p>
        </w:tc>
      </w:tr>
    </w:tbl>
    <w:p>
      <w:pPr>
        <w:spacing w:before="40" w:after="100"/>
      </w:pPr>
      <w:r>
        <w:rPr>
          <w:b/>
          <w:color w:val="C89B4A"/>
          <w:sz w:val="16"/>
        </w:rPr>
        <w:t xml:space="preserve">Manager check: </w:t>
      </w:r>
      <w:r>
        <w:rPr>
          <w:color w:val="666666"/>
          <w:sz w:val="16"/>
        </w:rPr>
        <w:t>A stay interview is for listening and pattern-finding, not promising changes the restaurant cannot make.</w:t>
      </w:r>
    </w:p>
    <w:p>
      <w:pPr>
        <w:spacing w:after="20"/>
      </w:pPr>
      <w:r>
        <w:rPr>
          <w:b/>
          <w:color w:val="C89B4A"/>
          <w:sz w:val="17"/>
        </w:rPr>
        <w:t>TRAINING &amp; CERTIFICATION</w:t>
      </w:r>
    </w:p>
    <w:p>
      <w:pPr>
        <w:spacing w:before="40" w:after="60"/>
        <w:pBdr>
          <w:bottom w:val="single" w:sz="7" w:space="4" w:color="C89B4A"/>
        </w:pBdr>
      </w:pPr>
      <w:r>
        <w:rPr>
          <w:rFonts w:ascii="Aptos Display" w:hAnsi="Aptos Display"/>
          <w:b/>
          <w:color w:val="101820"/>
          <w:sz w:val="26"/>
        </w:rPr>
        <w:t>PROMPT 34  •  TRAINING GAP ANALYSIS</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Analyze this restaurant training information and identify the highest-priority gaps.
Role / station: [role]
Required skills / standards: [list]
Training records: [data]
Certification / sign-off results: [data]
Observed errors: [facts]
Guest / safety / cost impact: [facts]
Trainer notes: [notes]
Separate knowledge gaps, skill gaps, unclear standards, weak practice, and weak verification. Rank the gaps by operational risk and frequency. Recommend the smallest retraining plan that addresses the highest-impact issues first.</w:t>
              <w:br/>
              <w:br/>
              <w:t/>
              <w:br/>
              <w:t/>
              <w:br/>
              <w:t/>
              <w:br/>
              <w:t/>
              <w:br/>
              <w:t/>
              <w:br/>
              <w:t/>
              <w:br/>
              <w:br/>
              <w:t/>
            </w:r>
          </w:p>
        </w:tc>
      </w:tr>
    </w:tbl>
    <w:p>
      <w:pPr>
        <w:spacing w:before="40" w:after="100"/>
      </w:pPr>
      <w:r>
        <w:rPr>
          <w:b/>
          <w:color w:val="C89B4A"/>
          <w:sz w:val="16"/>
        </w:rPr>
        <w:t xml:space="preserve">Manager check: </w:t>
      </w:r>
      <w:r>
        <w:rPr>
          <w:color w:val="666666"/>
          <w:sz w:val="16"/>
        </w:rPr>
        <w:t>Fix the reason performance is failing; do not automatically assume every miss requires more training.</w:t>
      </w:r>
    </w:p>
    <w:p>
      <w:pPr>
        <w:spacing w:before="40" w:after="60"/>
        <w:pBdr>
          <w:bottom w:val="single" w:sz="7" w:space="4" w:color="C89B4A"/>
        </w:pBdr>
      </w:pPr>
      <w:r>
        <w:rPr>
          <w:rFonts w:ascii="Aptos Display" w:hAnsi="Aptos Display"/>
          <w:b/>
          <w:color w:val="101820"/>
          <w:sz w:val="26"/>
        </w:rPr>
        <w:t>PROMPT 35  •  TRAINER READINESS &amp; COACHING PLAN</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Help me evaluate whether a restaurant trainer is ready to train others consistently.
Role / station: [role]
Standards they must teach: [list]
Observed training behavior: [facts]
Trainee outcomes: [data / observations]
Strengths: [facts]
Inconsistencies: [facts]
Create a trainer-readiness review covering technical mastery, explanation, demonstration, observation, feedback, patience, consistency, documentation, and escalation to a manager. Then give me a short coaching plan for any weak areas and evidence needed before certification.</w:t>
              <w:br/>
              <w:br/>
              <w:t/>
              <w:br/>
              <w:t/>
              <w:br/>
              <w:t/>
              <w:br/>
              <w:t/>
              <w:br/>
              <w:t/>
              <w:br/>
              <w:t/>
              <w:br/>
              <w:br/>
              <w:t/>
            </w:r>
          </w:p>
        </w:tc>
      </w:tr>
    </w:tbl>
    <w:p>
      <w:pPr>
        <w:spacing w:before="40" w:after="100"/>
      </w:pPr>
      <w:r>
        <w:rPr>
          <w:b/>
          <w:color w:val="C89B4A"/>
          <w:sz w:val="16"/>
        </w:rPr>
        <w:t xml:space="preserve">Manager check: </w:t>
      </w:r>
      <w:r>
        <w:rPr>
          <w:color w:val="666666"/>
          <w:sz w:val="16"/>
        </w:rPr>
        <w:t>Being excellent at a station does not automatically make someone an effective trainer.</w:t>
      </w:r>
    </w:p>
    <w:p>
      <w:pPr>
        <w:spacing w:after="20"/>
      </w:pPr>
      <w:r>
        <w:rPr>
          <w:b/>
          <w:color w:val="C89B4A"/>
          <w:sz w:val="17"/>
        </w:rPr>
        <w:t>MANAGER DEVELOPMENT</w:t>
      </w:r>
    </w:p>
    <w:p>
      <w:pPr>
        <w:spacing w:before="40" w:after="60"/>
        <w:pBdr>
          <w:bottom w:val="single" w:sz="7" w:space="4" w:color="C89B4A"/>
        </w:pBdr>
      </w:pPr>
      <w:r>
        <w:rPr>
          <w:rFonts w:ascii="Aptos Display" w:hAnsi="Aptos Display"/>
          <w:b/>
          <w:color w:val="101820"/>
          <w:sz w:val="26"/>
        </w:rPr>
        <w:t>PROMPT 36  •  DELEGATION &amp; OWNERSHIP PLAN</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Help me delegate this restaurant responsibility without losing accountability.
Responsibility: [task / system / project]
Current owner: [role]
New owner: [role]
Required standard: [standard]
Authority the person may use: [limits]
Decisions that still require approval: [limits]
Records / evidence required: [list]
Review dates: [schedule]
Create a clear handoff: desired outcome, scope, authority, non-negotiables, first actions, check-in schedule, and what evidence will show the responsibility is under control.</w:t>
              <w:br/>
              <w:br/>
              <w:t/>
              <w:br/>
              <w:t/>
              <w:br/>
              <w:t/>
              <w:br/>
              <w:t/>
              <w:br/>
              <w:t/>
              <w:br/>
              <w:t/>
              <w:br/>
              <w:br/>
              <w:t/>
            </w:r>
          </w:p>
        </w:tc>
      </w:tr>
    </w:tbl>
    <w:p>
      <w:pPr>
        <w:spacing w:before="40" w:after="100"/>
      </w:pPr>
      <w:r>
        <w:rPr>
          <w:b/>
          <w:color w:val="C89B4A"/>
          <w:sz w:val="16"/>
        </w:rPr>
        <w:t xml:space="preserve">Manager check: </w:t>
      </w:r>
      <w:r>
        <w:rPr>
          <w:color w:val="666666"/>
          <w:sz w:val="16"/>
        </w:rPr>
        <w:t>Delegation transfers responsibility for work, not the leader’s responsibility to verify.</w:t>
      </w:r>
    </w:p>
    <w:p>
      <w:pPr>
        <w:spacing w:before="40" w:after="60"/>
        <w:pBdr>
          <w:bottom w:val="single" w:sz="7" w:space="4" w:color="C89B4A"/>
        </w:pBdr>
      </w:pPr>
      <w:r>
        <w:rPr>
          <w:rFonts w:ascii="Aptos Display" w:hAnsi="Aptos Display"/>
          <w:b/>
          <w:color w:val="101820"/>
          <w:sz w:val="26"/>
        </w:rPr>
        <w:t>PROMPT 37  •  DIFFICULT CONVERSATION PREPARATION</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Help me prepare for a difficult restaurant workplace conversation without making accusations or legal conclusions.
Issue: [specific situation]
Verified facts: [facts]
What I have personally observed: [facts]
What I have only heard: [unverified information]
Relevant standard / policy: [paste current wording]
Desired operational outcome: [outcome]
Create a calm conversation structure: opening, facts, questions to understand the employee’s perspective, standard, expected next step, documentation points, and follow-up. Identify anything I should verify before the conversation.</w:t>
              <w:br/>
              <w:br/>
              <w:t/>
              <w:br/>
              <w:t/>
              <w:br/>
              <w:t/>
              <w:br/>
              <w:t/>
              <w:br/>
              <w:t/>
              <w:br/>
              <w:t/>
              <w:br/>
              <w:br/>
              <w:t/>
            </w:r>
          </w:p>
        </w:tc>
      </w:tr>
    </w:tbl>
    <w:p>
      <w:pPr>
        <w:spacing w:before="40" w:after="100"/>
      </w:pPr>
      <w:r>
        <w:rPr>
          <w:b/>
          <w:color w:val="C89B4A"/>
          <w:sz w:val="16"/>
        </w:rPr>
        <w:t xml:space="preserve">Manager check: </w:t>
      </w:r>
      <w:r>
        <w:rPr>
          <w:color w:val="666666"/>
          <w:sz w:val="16"/>
        </w:rPr>
        <w:t>Keep facts, reports, assumptions, and conclusions separate; serious HR matters may require qualified review.</w:t>
      </w:r>
    </w:p>
    <w:p>
      <w:pPr>
        <w:spacing w:before="40" w:after="60"/>
        <w:pBdr>
          <w:bottom w:val="single" w:sz="7" w:space="4" w:color="C89B4A"/>
        </w:pBdr>
      </w:pPr>
      <w:r>
        <w:rPr>
          <w:rFonts w:ascii="Aptos Display" w:hAnsi="Aptos Display"/>
          <w:b/>
          <w:color w:val="101820"/>
          <w:sz w:val="26"/>
        </w:rPr>
        <w:t>PROMPT 38  •  MANAGER MEETING AGENDA FROM REAL ISSUES</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Turn the following restaurant issues into a focused manager meeting agenda.
Current KPIs: [data]
Open operational problems: [list]
Guest issues: [list]
Staffing / training issues: [list]
Food / labor / sales issues: [list]
Maintenance / safety issues: [list]
Decisions waiting for leadership: [list]
Create a 45-60 minute agenda ordered by impact and decision need. For each item include: evidence to review, decision needed, owner, due date, and what should not consume meeting time. End with a five-minute accountability closeout.</w:t>
              <w:br/>
              <w:br/>
              <w:t/>
              <w:br/>
              <w:t/>
              <w:br/>
              <w:t/>
              <w:br/>
              <w:t/>
              <w:br/>
              <w:t/>
              <w:br/>
              <w:t/>
              <w:br/>
              <w:br/>
              <w:t/>
            </w:r>
          </w:p>
        </w:tc>
      </w:tr>
    </w:tbl>
    <w:p>
      <w:pPr>
        <w:spacing w:before="40" w:after="100"/>
      </w:pPr>
      <w:r>
        <w:rPr>
          <w:b/>
          <w:color w:val="C89B4A"/>
          <w:sz w:val="16"/>
        </w:rPr>
        <w:t xml:space="preserve">Manager check: </w:t>
      </w:r>
      <w:r>
        <w:rPr>
          <w:color w:val="666666"/>
          <w:sz w:val="16"/>
        </w:rPr>
        <w:t>A management meeting should produce decisions and ownership, not become a long status recital.</w:t>
      </w:r>
    </w:p>
    <w:p>
      <w:pPr>
        <w:spacing w:after="20"/>
      </w:pPr>
      <w:r>
        <w:rPr>
          <w:b/>
          <w:color w:val="C89B4A"/>
          <w:sz w:val="17"/>
        </w:rPr>
        <w:t>FOOD COST &amp; PURCHASING</w:t>
      </w:r>
    </w:p>
    <w:p>
      <w:pPr>
        <w:spacing w:before="40" w:after="60"/>
        <w:pBdr>
          <w:bottom w:val="single" w:sz="7" w:space="4" w:color="C89B4A"/>
        </w:pBdr>
      </w:pPr>
      <w:r>
        <w:rPr>
          <w:rFonts w:ascii="Aptos Display" w:hAnsi="Aptos Display"/>
          <w:b/>
          <w:color w:val="101820"/>
          <w:sz w:val="26"/>
        </w:rPr>
        <w:t>PROMPT 39  •  RECIPE COST &amp; PORTION CONTROL REVIEW</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Help me review whether a menu item’s recipe cost and portion standard are under control.
Recipe: [ingredients and quantities]
Current ingredient costs: [costs]
Selling price: [price]
Expected yield: [yield]
Portion standard: [standard]
Actual portion observations / weights: [data]
Waste / remakes / complaints: [notes]
Calculate the recipe cost if the data is complete, show the math, identify missing assumptions, compare expected and observed portioning, and list the most likely control questions. Do not invent ingredient prices or yields.</w:t>
              <w:br/>
              <w:br/>
              <w:t/>
              <w:br/>
              <w:t/>
              <w:br/>
              <w:t/>
              <w:br/>
              <w:t/>
              <w:br/>
              <w:t/>
              <w:br/>
              <w:t/>
              <w:br/>
              <w:br/>
              <w:t/>
            </w:r>
          </w:p>
        </w:tc>
      </w:tr>
    </w:tbl>
    <w:p>
      <w:pPr>
        <w:spacing w:before="40" w:after="100"/>
      </w:pPr>
      <w:r>
        <w:rPr>
          <w:b/>
          <w:color w:val="C89B4A"/>
          <w:sz w:val="16"/>
        </w:rPr>
        <w:t xml:space="preserve">Manager check: </w:t>
      </w:r>
      <w:r>
        <w:rPr>
          <w:color w:val="666666"/>
          <w:sz w:val="16"/>
        </w:rPr>
        <w:t>Use current invoices, tested yields, and actual portion standards before making pricing or recipe decisions.</w:t>
      </w:r>
    </w:p>
    <w:p>
      <w:pPr>
        <w:spacing w:before="40" w:after="60"/>
        <w:pBdr>
          <w:bottom w:val="single" w:sz="7" w:space="4" w:color="C89B4A"/>
        </w:pBdr>
      </w:pPr>
      <w:r>
        <w:rPr>
          <w:rFonts w:ascii="Aptos Display" w:hAnsi="Aptos Display"/>
          <w:b/>
          <w:color w:val="101820"/>
          <w:sz w:val="26"/>
        </w:rPr>
        <w:t>PROMPT 40  •  VENDOR PRICE-INCREASE RESPONSE</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Help me evaluate a restaurant vendor price increase.
Item(s): [list]
Old price: [data]
New price: [data]
Usage volume: [data]
Menu items affected: [list]
Current recipe margins if known: [data]
Alternative vendors / products: [facts]
Quality / specification requirements: [standards]
Calculate the likely cost impact, identify which menu items or purchasing decisions deserve attention first, and give me options to investigate: negotiate, substitute, rebid, adjust par, reduce waste, change recipe, or change price. Separate options from recommendations that require a quality or guest-impact test.</w:t>
              <w:br/>
              <w:br/>
              <w:t/>
              <w:br/>
              <w:t/>
              <w:br/>
              <w:t/>
              <w:br/>
              <w:t/>
              <w:br/>
              <w:t/>
              <w:br/>
              <w:t/>
              <w:br/>
              <w:br/>
              <w:t/>
            </w:r>
          </w:p>
        </w:tc>
      </w:tr>
    </w:tbl>
    <w:p>
      <w:pPr>
        <w:spacing w:before="40" w:after="100"/>
      </w:pPr>
      <w:r>
        <w:rPr>
          <w:b/>
          <w:color w:val="C89B4A"/>
          <w:sz w:val="16"/>
        </w:rPr>
        <w:t xml:space="preserve">Manager check: </w:t>
      </w:r>
      <w:r>
        <w:rPr>
          <w:color w:val="666666"/>
          <w:sz w:val="16"/>
        </w:rPr>
        <w:t>Protect specification, quality, and guest expectations; the cheapest replacement is not automatically the best choice.</w:t>
      </w:r>
    </w:p>
    <w:p>
      <w:pPr>
        <w:spacing w:before="40" w:after="60"/>
        <w:pBdr>
          <w:bottom w:val="single" w:sz="7" w:space="4" w:color="C89B4A"/>
        </w:pBdr>
      </w:pPr>
      <w:r>
        <w:rPr>
          <w:rFonts w:ascii="Aptos Display" w:hAnsi="Aptos Display"/>
          <w:b/>
          <w:color w:val="101820"/>
          <w:sz w:val="26"/>
        </w:rPr>
        <w:t>PROMPT 41  •  RECEIVING DISCREPANCY REVIEW</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Review these receiving records for purchasing or vendor problems that need follow-up.
Purchase order: [data]
Invoice: [data]
What was actually received: [data]
Shortages / substitutions: [data]
Damaged / rejected product: [data]
Prices / credits: [data]
Temperature or quality issues if relevant: [verified observations]
Create a discrepancy list showing ordered vs invoiced vs received, estimated financial impact, missing credits, recurring vendor patterns, and the exact questions the manager should resolve. Do not infer misconduct from an error pattern alone.</w:t>
              <w:br/>
              <w:br/>
              <w:t/>
              <w:br/>
              <w:t/>
              <w:br/>
              <w:t/>
              <w:br/>
              <w:t/>
              <w:br/>
              <w:t/>
              <w:br/>
              <w:t/>
              <w:br/>
              <w:br/>
              <w:t/>
            </w:r>
          </w:p>
        </w:tc>
      </w:tr>
    </w:tbl>
    <w:p>
      <w:pPr>
        <w:spacing w:before="40" w:after="100"/>
      </w:pPr>
      <w:r>
        <w:rPr>
          <w:b/>
          <w:color w:val="C89B4A"/>
          <w:sz w:val="16"/>
        </w:rPr>
        <w:t xml:space="preserve">Manager check: </w:t>
      </w:r>
      <w:r>
        <w:rPr>
          <w:color w:val="666666"/>
          <w:sz w:val="16"/>
        </w:rPr>
        <w:t>Receiving records should create a factual vendor conversation, not an accusation.</w:t>
      </w:r>
    </w:p>
    <w:p>
      <w:pPr>
        <w:spacing w:before="40" w:after="60"/>
        <w:pBdr>
          <w:bottom w:val="single" w:sz="7" w:space="4" w:color="C89B4A"/>
        </w:pBdr>
      </w:pPr>
      <w:r>
        <w:rPr>
          <w:rFonts w:ascii="Aptos Display" w:hAnsi="Aptos Display"/>
          <w:b/>
          <w:color w:val="101820"/>
          <w:sz w:val="26"/>
        </w:rPr>
        <w:t>PROMPT 42  •  PREP &amp; PAR FORECAST</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Help me build or adjust prep pars for the next [day/week] using actual demand.
Recent item sales / usage: [data]
Current pars: [data]
Current on-hand: [data]
Waste / stockouts: [data]
Shelf life / hold-time limits: [verified standards]
Upcoming reservations / events: [facts]
Delivery schedule: [data]
Recommend a test par range for each priority item, show the demand logic, flag products with high spoilage or stockout risk, and identify which pars should not be changed until more data is collected.</w:t>
              <w:br/>
              <w:br/>
              <w:t/>
              <w:br/>
              <w:t/>
              <w:br/>
              <w:t/>
              <w:br/>
              <w:t/>
              <w:br/>
              <w:t/>
              <w:br/>
              <w:t/>
              <w:br/>
              <w:br/>
              <w:t/>
            </w:r>
          </w:p>
        </w:tc>
      </w:tr>
    </w:tbl>
    <w:p>
      <w:pPr>
        <w:spacing w:before="40" w:after="100"/>
      </w:pPr>
      <w:r>
        <w:rPr>
          <w:b/>
          <w:color w:val="C89B4A"/>
          <w:sz w:val="16"/>
        </w:rPr>
        <w:t xml:space="preserve">Manager check: </w:t>
      </w:r>
      <w:r>
        <w:rPr>
          <w:color w:val="666666"/>
          <w:sz w:val="16"/>
        </w:rPr>
        <w:t>Pars are operating targets that should be tested against real usage, shelf life, quality, and service risk.</w:t>
      </w:r>
    </w:p>
    <w:p>
      <w:pPr>
        <w:spacing w:before="40" w:after="60"/>
        <w:pBdr>
          <w:bottom w:val="single" w:sz="7" w:space="4" w:color="C89B4A"/>
        </w:pBdr>
      </w:pPr>
      <w:r>
        <w:rPr>
          <w:rFonts w:ascii="Aptos Display" w:hAnsi="Aptos Display"/>
          <w:b/>
          <w:color w:val="101820"/>
          <w:sz w:val="26"/>
        </w:rPr>
        <w:t>PROMPT 43  •  PORTION-CONTROL OBSERVATION PLAN</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Create a fair portion-control observation plan for [item/station].
Approved portion standard: [standard]
Tools used: [scale, scoop, ladle, count, etc.]
Observed variation: [facts]
Recipe / cost impact: [data]
Training status: [facts]
Give me a short manager audit that checks setup, tools, technique, actual measured portions, employee understanding, and correction. Include how many observations to take before drawing a conclusion and how to document retraining if needed.</w:t>
              <w:br/>
              <w:br/>
              <w:t/>
              <w:br/>
              <w:t/>
              <w:br/>
              <w:t/>
              <w:br/>
              <w:t/>
              <w:br/>
              <w:t/>
              <w:br/>
              <w:t/>
              <w:br/>
              <w:br/>
              <w:t/>
            </w:r>
          </w:p>
        </w:tc>
      </w:tr>
    </w:tbl>
    <w:p>
      <w:pPr>
        <w:spacing w:before="40" w:after="100"/>
      </w:pPr>
      <w:r>
        <w:rPr>
          <w:b/>
          <w:color w:val="C89B4A"/>
          <w:sz w:val="16"/>
        </w:rPr>
        <w:t xml:space="preserve">Manager check: </w:t>
      </w:r>
      <w:r>
        <w:rPr>
          <w:color w:val="666666"/>
          <w:sz w:val="16"/>
        </w:rPr>
        <w:t>Observe enough real portions to find a pattern; one unusual plate does not prove a station-wide problem.</w:t>
      </w:r>
    </w:p>
    <w:p>
      <w:pPr>
        <w:spacing w:after="20"/>
      </w:pPr>
      <w:r>
        <w:rPr>
          <w:b/>
          <w:color w:val="C89B4A"/>
          <w:sz w:val="17"/>
        </w:rPr>
        <w:t>FACILITIES &amp; MAINTENANCE</w:t>
      </w:r>
    </w:p>
    <w:p>
      <w:pPr>
        <w:spacing w:before="40" w:after="60"/>
        <w:pBdr>
          <w:bottom w:val="single" w:sz="7" w:space="4" w:color="C89B4A"/>
        </w:pBdr>
      </w:pPr>
      <w:r>
        <w:rPr>
          <w:rFonts w:ascii="Aptos Display" w:hAnsi="Aptos Display"/>
          <w:b/>
          <w:color w:val="101820"/>
          <w:sz w:val="26"/>
        </w:rPr>
        <w:t>PROMPT 44  •  PREVENTIVE MAINTENANCE PRIORITY PLAN</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Turn this restaurant maintenance list into a realistic preventive-maintenance priority plan.
Equipment / facility items: [list]
Known condition: [facts]
Breakdown history: [data]
Safety / food-safety impact: [facts]
Operational impact if unavailable: [facts]
Manufacturer or service requirements: [verified requirements]
Budget / vendor constraints: [limits]
Rank items by safety, business interruption, food loss, guest impact, and repair risk. Create a 30/60/90-day action plan with owner, vendor need, due date, and verification. Do not invent maintenance intervals.</w:t>
              <w:br/>
              <w:br/>
              <w:t/>
              <w:br/>
              <w:t/>
              <w:br/>
              <w:t/>
              <w:br/>
              <w:t/>
              <w:br/>
              <w:t/>
              <w:br/>
              <w:t/>
              <w:br/>
              <w:br/>
              <w:t/>
            </w:r>
          </w:p>
        </w:tc>
      </w:tr>
    </w:tbl>
    <w:p>
      <w:pPr>
        <w:spacing w:before="40" w:after="100"/>
      </w:pPr>
      <w:r>
        <w:rPr>
          <w:b/>
          <w:color w:val="C89B4A"/>
          <w:sz w:val="16"/>
        </w:rPr>
        <w:t xml:space="preserve">Manager check: </w:t>
      </w:r>
      <w:r>
        <w:rPr>
          <w:color w:val="666666"/>
          <w:sz w:val="16"/>
        </w:rPr>
        <w:t>Use manufacturer guidance and qualified service providers for technical maintenance requirements.</w:t>
      </w:r>
    </w:p>
    <w:p>
      <w:pPr>
        <w:spacing w:before="40" w:after="60"/>
        <w:pBdr>
          <w:bottom w:val="single" w:sz="7" w:space="4" w:color="C89B4A"/>
        </w:pBdr>
      </w:pPr>
      <w:r>
        <w:rPr>
          <w:rFonts w:ascii="Aptos Display" w:hAnsi="Aptos Display"/>
          <w:b/>
          <w:color w:val="101820"/>
          <w:sz w:val="26"/>
        </w:rPr>
        <w:t>PROMPT 45  •  REPAIR-VS.-REPLACE DECISION PREP</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Help me prepare a repair-versus-replace decision for restaurant equipment.
Equipment: [item]
Age: [age]
Current condition: [facts]
Repair quote(s): [data]
Repair history: [data]
Downtime / lost-sales impact: [estimate and basis]
Replacement quote(s): [data]
Energy / capacity / warranty differences: [facts]
Operational importance: [context]
Create a decision comparison showing known costs, uncertain costs, downtime, reliability, capacity, safety implications, and payback considerations. Identify the questions I still need answered before deciding.</w:t>
              <w:br/>
              <w:br/>
              <w:t/>
              <w:br/>
              <w:t/>
              <w:br/>
              <w:t/>
              <w:br/>
              <w:t/>
              <w:br/>
              <w:t/>
              <w:br/>
              <w:t/>
              <w:br/>
              <w:br/>
              <w:t/>
            </w:r>
          </w:p>
        </w:tc>
      </w:tr>
    </w:tbl>
    <w:p>
      <w:pPr>
        <w:spacing w:before="40" w:after="100"/>
      </w:pPr>
      <w:r>
        <w:rPr>
          <w:b/>
          <w:color w:val="C89B4A"/>
          <w:sz w:val="16"/>
        </w:rPr>
        <w:t xml:space="preserve">Manager check: </w:t>
      </w:r>
      <w:r>
        <w:rPr>
          <w:color w:val="666666"/>
          <w:sz w:val="16"/>
        </w:rPr>
        <w:t>Use this to structure the decision; technical safety and code questions should be confirmed by qualified professionals.</w:t>
      </w:r>
    </w:p>
    <w:p>
      <w:pPr>
        <w:spacing w:before="40" w:after="60"/>
        <w:pBdr>
          <w:bottom w:val="single" w:sz="7" w:space="4" w:color="C89B4A"/>
        </w:pBdr>
      </w:pPr>
      <w:r>
        <w:rPr>
          <w:rFonts w:ascii="Aptos Display" w:hAnsi="Aptos Display"/>
          <w:b/>
          <w:color w:val="101820"/>
          <w:sz w:val="26"/>
        </w:rPr>
        <w:t>PROMPT 46  •  FACILITY WALK ACTION PLAN</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Turn these restaurant facility-walk observations into a prioritized action list.
Observations: [paste facts]
Photos or locations described: [notes]
Guest-facing impact: [facts]
Employee / safety impact: [facts]
Cleaning / maintenance history: [facts]
Known vendor or repair status: [facts]
Sort items into: correct today, schedule within 7 days, schedule within 30 days, monitor, or escalate immediately. Assign an owner, due date, proof of completion, and any dependency for each item.</w:t>
              <w:br/>
              <w:br/>
              <w:t/>
              <w:br/>
              <w:t/>
              <w:br/>
              <w:t/>
              <w:br/>
              <w:t/>
              <w:br/>
              <w:t/>
              <w:br/>
              <w:t/>
              <w:br/>
              <w:br/>
              <w:t/>
            </w:r>
          </w:p>
        </w:tc>
      </w:tr>
    </w:tbl>
    <w:p>
      <w:pPr>
        <w:spacing w:before="40" w:after="100"/>
      </w:pPr>
      <w:r>
        <w:rPr>
          <w:b/>
          <w:color w:val="C89B4A"/>
          <w:sz w:val="16"/>
        </w:rPr>
        <w:t xml:space="preserve">Manager check: </w:t>
      </w:r>
      <w:r>
        <w:rPr>
          <w:color w:val="666666"/>
          <w:sz w:val="16"/>
        </w:rPr>
        <w:t>Prioritize actual risk and operational impact, not which defect is easiest to fix.</w:t>
      </w:r>
    </w:p>
    <w:p>
      <w:pPr>
        <w:spacing w:after="20"/>
      </w:pPr>
      <w:r>
        <w:rPr>
          <w:b/>
          <w:color w:val="C89B4A"/>
          <w:sz w:val="17"/>
        </w:rPr>
        <w:t>CASH &amp; LOSS PREVENTION</w:t>
      </w:r>
    </w:p>
    <w:p>
      <w:pPr>
        <w:spacing w:before="40" w:after="60"/>
        <w:pBdr>
          <w:bottom w:val="single" w:sz="7" w:space="4" w:color="C89B4A"/>
        </w:pBdr>
      </w:pPr>
      <w:r>
        <w:rPr>
          <w:rFonts w:ascii="Aptos Display" w:hAnsi="Aptos Display"/>
          <w:b/>
          <w:color w:val="101820"/>
          <w:sz w:val="26"/>
        </w:rPr>
        <w:t>PROMPT 47  •  DEPOSIT RECONCILIATION REVIEW</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Help me reconcile a restaurant deposit discrepancy from the records below.
POS expected cash: [data]
Drawer / checkout records: [data]
Paid-outs / tips / cash adjustments: [data]
Deposit prepared: [data]
Bank-confirmed deposit: [data]
Known timing differences: [facts]
Manager notes: [facts]
Show the reconciliation step by step, identify exactly where the numbers stop matching, list likely record or process questions, and state what cannot be concluded from the data. Do not accuse any person or infer theft from a discrepancy alone.</w:t>
              <w:br/>
              <w:br/>
              <w:t/>
              <w:br/>
              <w:t/>
              <w:br/>
              <w:t/>
              <w:br/>
              <w:t/>
              <w:br/>
              <w:t/>
              <w:br/>
              <w:t/>
              <w:br/>
              <w:br/>
              <w:t/>
            </w:r>
          </w:p>
        </w:tc>
      </w:tr>
    </w:tbl>
    <w:p>
      <w:pPr>
        <w:spacing w:before="40" w:after="100"/>
      </w:pPr>
      <w:r>
        <w:rPr>
          <w:b/>
          <w:color w:val="C89B4A"/>
          <w:sz w:val="16"/>
        </w:rPr>
        <w:t xml:space="preserve">Manager check: </w:t>
      </w:r>
      <w:r>
        <w:rPr>
          <w:color w:val="666666"/>
          <w:sz w:val="16"/>
        </w:rPr>
        <w:t>A cash discrepancy is a control problem to investigate with records; it is not proof of misconduct.</w:t>
      </w:r>
    </w:p>
    <w:p>
      <w:pPr>
        <w:spacing w:after="20"/>
      </w:pPr>
      <w:r>
        <w:rPr>
          <w:b/>
          <w:color w:val="C89B4A"/>
          <w:sz w:val="17"/>
        </w:rPr>
        <w:t>RISK &amp; CONTINUITY</w:t>
      </w:r>
    </w:p>
    <w:p>
      <w:pPr>
        <w:spacing w:before="40" w:after="60"/>
        <w:pBdr>
          <w:bottom w:val="single" w:sz="7" w:space="4" w:color="C89B4A"/>
        </w:pBdr>
      </w:pPr>
      <w:r>
        <w:rPr>
          <w:rFonts w:ascii="Aptos Display" w:hAnsi="Aptos Display"/>
          <w:b/>
          <w:color w:val="101820"/>
          <w:sz w:val="26"/>
        </w:rPr>
        <w:t>PROMPT 48  •  INCIDENT DOCUMENTATION QUALITY CHECK</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Review this restaurant incident write-up for completeness and neutrality. Do not rewrite facts into stronger conclusions than the evidence supports.
Incident record: [paste text with unnecessary personal information removed]
Relevant policy / form requirements: [paste verified requirements]
Known supporting evidence: [list]
Identify missing dates, times, locations, witnesses, actions, notifications, photos/records, follow-up, or unclear wording. Separate observed facts from reported statements and assumptions. Suggest neutral questions needed to complete the record.</w:t>
              <w:br/>
              <w:br/>
              <w:t/>
              <w:br/>
              <w:t/>
              <w:br/>
              <w:t/>
              <w:br/>
              <w:t/>
              <w:br/>
              <w:t/>
              <w:br/>
              <w:t/>
              <w:br/>
              <w:br/>
              <w:t/>
            </w:r>
          </w:p>
        </w:tc>
      </w:tr>
    </w:tbl>
    <w:p>
      <w:pPr>
        <w:spacing w:before="40" w:after="100"/>
      </w:pPr>
      <w:r>
        <w:rPr>
          <w:b/>
          <w:color w:val="C89B4A"/>
          <w:sz w:val="16"/>
        </w:rPr>
        <w:t xml:space="preserve">Manager check: </w:t>
      </w:r>
      <w:r>
        <w:rPr>
          <w:color w:val="666666"/>
          <w:sz w:val="16"/>
        </w:rPr>
        <w:t>Incident documentation should be factual and complete; injury, insurance, HR, or legal matters may require qualified review.</w:t>
      </w:r>
    </w:p>
    <w:p>
      <w:pPr>
        <w:spacing w:before="40" w:after="60"/>
        <w:pBdr>
          <w:bottom w:val="single" w:sz="7" w:space="4" w:color="C89B4A"/>
        </w:pBdr>
      </w:pPr>
      <w:r>
        <w:rPr>
          <w:rFonts w:ascii="Aptos Display" w:hAnsi="Aptos Display"/>
          <w:b/>
          <w:color w:val="101820"/>
          <w:sz w:val="26"/>
        </w:rPr>
        <w:t>PROMPT 49  •  TOP OPERATIONAL RISK REGISTER</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Help me build a simple restaurant operational risk register from the facts below.
Recent incidents / near misses: [list]
Repeated equipment or facility problems: [list]
Staffing / training weaknesses: [list]
Food-safety / sanitation concerns: [verified facts]
Cash / fraud / access-control concerns: [facts]
Vendor / supply risks: [facts]
Weather / utility / continuity risks: [facts]
Identify the top 5-10 risks, current controls, evidence of control strength, likely impact, likelihood based on available evidence, owner, next action, and review date. Clearly label unknowns instead of guessing.</w:t>
              <w:br/>
              <w:br/>
              <w:t/>
              <w:br/>
              <w:t/>
              <w:br/>
              <w:t/>
              <w:br/>
              <w:t/>
              <w:br/>
              <w:t/>
              <w:br/>
              <w:t/>
              <w:br/>
              <w:br/>
              <w:t/>
            </w:r>
          </w:p>
        </w:tc>
      </w:tr>
    </w:tbl>
    <w:p>
      <w:pPr>
        <w:spacing w:before="40" w:after="100"/>
      </w:pPr>
      <w:r>
        <w:rPr>
          <w:b/>
          <w:color w:val="C89B4A"/>
          <w:sz w:val="16"/>
        </w:rPr>
        <w:t xml:space="preserve">Manager check: </w:t>
      </w:r>
      <w:r>
        <w:rPr>
          <w:color w:val="666666"/>
          <w:sz w:val="16"/>
        </w:rPr>
        <w:t>A risk register is for prevention and ownership; it does not replace required safety, insurance, or legal processes.</w:t>
      </w:r>
    </w:p>
    <w:p>
      <w:pPr>
        <w:spacing w:after="20"/>
      </w:pPr>
      <w:r>
        <w:rPr>
          <w:b/>
          <w:color w:val="C89B4A"/>
          <w:sz w:val="17"/>
        </w:rPr>
        <w:t>MANAGER DEVELOPMENT</w:t>
      </w:r>
    </w:p>
    <w:p>
      <w:pPr>
        <w:spacing w:before="40" w:after="60"/>
        <w:pBdr>
          <w:bottom w:val="single" w:sz="7" w:space="4" w:color="C89B4A"/>
        </w:pBdr>
      </w:pPr>
      <w:r>
        <w:rPr>
          <w:rFonts w:ascii="Aptos Display" w:hAnsi="Aptos Display"/>
          <w:b/>
          <w:color w:val="101820"/>
          <w:sz w:val="26"/>
        </w:rPr>
        <w:t>PROMPT 50  •  90-DAY MANAGER DEVELOPMENT PLAN</w:t>
      </w:r>
    </w:p>
    <w:tbl>
      <w:tblPr>
        <w:tblW w:type="auto" w:w="0"/>
        <w:jc w:val="center"/>
        <w:tblLook w:firstColumn="1" w:firstRow="1" w:lastColumn="0" w:lastRow="0" w:noHBand="0" w:noVBand="1" w:val="04A0"/>
      </w:tblPr>
      <w:tblGrid>
        <w:gridCol w:w="10282"/>
      </w:tblGrid>
      <w:tr>
        <w:trPr>
          <w:cantSplit/>
        </w:trPr>
        <w:tc>
          <w:tcPr>
            <w:tcW w:type="dxa" w:w="10282"/>
            <w:shd w:fill="F6F4EF"/>
            <w:tcBorders>
              <w:top w:val="single" w:sz="5" w:color="D8D2C5"/>
              <w:left w:val="single" w:sz="5" w:color="D8D2C5"/>
              <w:bottom w:val="single" w:sz="5" w:color="D8D2C5"/>
              <w:right w:val="single" w:sz="5" w:color="D8D2C5"/>
            </w:tcBorders>
            <w:tcMar>
              <w:top w:w="85" w:type="dxa"/>
              <w:start w:w="110" w:type="dxa"/>
              <w:bottom w:w="85" w:type="dxa"/>
              <w:end w:w="110" w:type="dxa"/>
            </w:tcMar>
          </w:tcPr>
          <w:p>
            <w:pPr>
              <w:spacing w:after="0" w:line="240" w:lineRule="auto"/>
            </w:pPr>
            <w:r>
              <w:rPr>
                <w:rFonts w:ascii="Aptos" w:hAnsi="Aptos"/>
                <w:color w:val="252A2E"/>
                <w:sz w:val="17"/>
              </w:rPr>
              <w:t>Build a 90-day development plan for a restaurant manager using the evidence below.
Role: [assistant manager / kitchen manager / GM / etc.]
Current responsibilities: [list]
Strengths: [verified examples]
Development needs: [verified examples]
Key restaurant goals: [goals]
Systems they must learn: [list]
Available coaching / training: [resources]
Create three 30-day phases. For each phase include: 2-3 priorities, specific behaviors to practice, operating responsibilities to own, evidence to collect, coaching checkpoints, and what “ready for more responsibility” would look like. Keep the plan realistic enough to use during actual shifts.</w:t>
              <w:br/>
              <w:br/>
              <w:t/>
              <w:br/>
              <w:t/>
              <w:br/>
              <w:t/>
              <w:br/>
              <w:t/>
              <w:br/>
              <w:t/>
              <w:br/>
              <w:t/>
              <w:br/>
              <w:br/>
              <w:t/>
            </w:r>
          </w:p>
        </w:tc>
      </w:tr>
    </w:tbl>
    <w:p>
      <w:pPr>
        <w:spacing w:before="40" w:after="100"/>
      </w:pPr>
      <w:r>
        <w:rPr>
          <w:b/>
          <w:color w:val="C89B4A"/>
          <w:sz w:val="16"/>
        </w:rPr>
        <w:t xml:space="preserve">Manager check: </w:t>
      </w:r>
      <w:r>
        <w:rPr>
          <w:color w:val="666666"/>
          <w:sz w:val="16"/>
        </w:rPr>
        <w:t>Development should be based on demonstrated behavior and operating results, not vague personality labels.</w:t>
      </w:r>
    </w:p>
    <w:p>
      <w:pPr>
        <w:spacing w:before="360" w:after="60"/>
        <w:pBdr>
          <w:bottom w:val="single" w:sz="7" w:space="4" w:color="C89B4A"/>
        </w:pBdr>
      </w:pPr>
      <w:r>
        <w:rPr>
          <w:b/>
          <w:color w:val="101820"/>
          <w:sz w:val="22"/>
        </w:rPr>
        <w:t>BEFORE YOU ACT ON AN AI ANSWER</w:t>
      </w:r>
    </w:p>
    <w:p>
      <w:pPr>
        <w:pStyle w:val="ListBullet"/>
        <w:spacing w:after="40"/>
      </w:pPr>
      <w:r>
        <w:rPr>
          <w:sz w:val="18"/>
        </w:rPr>
        <w:t>Can I point to the actual record, policy, standard, or observation behind this recommendation?</w:t>
      </w:r>
    </w:p>
    <w:p>
      <w:pPr>
        <w:pStyle w:val="ListBullet"/>
        <w:spacing w:after="40"/>
      </w:pPr>
      <w:r>
        <w:rPr>
          <w:sz w:val="18"/>
        </w:rPr>
        <w:t>Did the AI clearly identify what it does not know, or did it fill in missing facts?</w:t>
      </w:r>
    </w:p>
    <w:p>
      <w:pPr>
        <w:pStyle w:val="ListBullet"/>
        <w:spacing w:after="40"/>
      </w:pPr>
      <w:r>
        <w:rPr>
          <w:sz w:val="18"/>
        </w:rPr>
        <w:t>Does this decision affect food safety, employment, injury, insurance, banking, privacy, or law in a way that requires qualified review?</w:t>
      </w:r>
    </w:p>
    <w:p>
      <w:pPr>
        <w:pStyle w:val="ListBullet"/>
        <w:spacing w:after="40"/>
      </w:pPr>
      <w:r>
        <w:rPr>
          <w:sz w:val="18"/>
        </w:rPr>
        <w:t>Would I make the same decision if the AI had not suggested it?</w:t>
      </w:r>
    </w:p>
    <w:p>
      <w:pPr>
        <w:pStyle w:val="ListBullet"/>
        <w:spacing w:after="40"/>
      </w:pPr>
      <w:r>
        <w:rPr>
          <w:sz w:val="18"/>
        </w:rPr>
        <w:t>What evidence will tell me whether this action actually worked?</w:t>
      </w:r>
    </w:p>
    <w:p>
      <w:pPr>
        <w:spacing w:before="160"/>
      </w:pPr>
      <w:r>
        <w:rPr>
          <w:b/>
          <w:color w:val="C89B4A"/>
        </w:rPr>
        <w:t xml:space="preserve">Gravity rule: </w:t>
      </w:r>
      <w:r>
        <w:rPr>
          <w:i/>
          <w:color w:val="666666"/>
        </w:rPr>
        <w:t>AI may help prepare the decision. The manager still owns the truth, the standard, and the follow-through.</w:t>
      </w:r>
    </w:p>
    <w:p>
      <w:r>
        <w:br w:type="page"/>
      </w:r>
    </w:p>
    <w:p>
      <w:r>
        <w:rPr>
          <w:rFonts w:ascii="Aptos Display" w:hAnsi="Aptos Display"/>
          <w:b/>
          <w:color w:val="101820"/>
          <w:sz w:val="60"/>
        </w:rPr>
        <w:t>GRAVITY</w:t>
      </w:r>
    </w:p>
    <w:p>
      <w:pPr>
        <w:pStyle w:val="Heading1"/>
        <w:pBdr>
          <w:bottom w:val="single" w:sz="12" w:space="4" w:color="C89B4A"/>
        </w:pBdr>
      </w:pPr>
      <w:r>
        <w:t>AI should make the manager clearer - not make the manager disappear.</w:t>
      </w:r>
    </w:p>
    <w:p>
      <w:r>
        <w:t>These 50 prompts are a starting point. The larger Gravity approach is to connect the question to real evidence, an accountable owner, a clear standard, and follow-through.</w:t>
      </w:r>
    </w:p>
    <w:p>
      <w:pPr>
        <w:spacing w:before="240" w:after="40"/>
      </w:pPr>
      <w:r>
        <w:rPr>
          <w:b/>
          <w:color w:val="C89B4A"/>
          <w:sz w:val="22"/>
        </w:rPr>
        <w:t>TRUTH</w:t>
      </w:r>
    </w:p>
    <w:p>
      <w:pPr>
        <w:ind w:left="259"/>
      </w:pPr>
      <w:r>
        <w:t>Give AI the facts you actually know. Separate evidence from assumptions.</w:t>
      </w:r>
    </w:p>
    <w:p>
      <w:pPr>
        <w:spacing w:before="240" w:after="40"/>
      </w:pPr>
      <w:r>
        <w:rPr>
          <w:b/>
          <w:color w:val="C89B4A"/>
          <w:sz w:val="22"/>
        </w:rPr>
        <w:t>COST</w:t>
      </w:r>
    </w:p>
    <w:p>
      <w:pPr>
        <w:ind w:left="259"/>
      </w:pPr>
      <w:r>
        <w:t>Ask what the unresolved problem is costing in money, time, safety, guest trust, employee stability, or management attention.</w:t>
      </w:r>
    </w:p>
    <w:p>
      <w:pPr>
        <w:spacing w:before="240" w:after="40"/>
      </w:pPr>
      <w:r>
        <w:rPr>
          <w:b/>
          <w:color w:val="C89B4A"/>
          <w:sz w:val="22"/>
        </w:rPr>
        <w:t>SYSTEM</w:t>
      </w:r>
    </w:p>
    <w:p>
      <w:pPr>
        <w:ind w:left="259"/>
      </w:pPr>
      <w:r>
        <w:t>Turn the answer into a repeatable standard, tool, owner, review date, and verification step.</w:t>
      </w:r>
    </w:p>
    <w:p>
      <w:pPr>
        <w:spacing w:before="360"/>
        <w:pBdr>
          <w:bottom w:val="single" w:sz="5" w:space="4" w:color="E4E0D7"/>
        </w:pBdr>
      </w:pPr>
      <w:r>
        <w:rPr>
          <w:b/>
          <w:color w:val="101820"/>
          <w:sz w:val="20"/>
        </w:rPr>
        <w:t>COMING LATER: RESTAURANT AI PROMPTS &amp; SYSTEMS WORKBOOK</w:t>
      </w:r>
    </w:p>
    <w:p>
      <w:r>
        <w:t>The full Gravity AI workbook is planned as a deeper working resource for restaurant leaders. This free guide is intentionally useful on its own and does not require Book 16 to begin using AI more effectively today.</w:t>
      </w:r>
    </w:p>
    <w:p>
      <w:pPr>
        <w:spacing w:before="600"/>
        <w:jc w:val="center"/>
      </w:pPr>
      <w:r>
        <w:rPr>
          <w:rFonts w:ascii="Aptos Display" w:hAnsi="Aptos Display"/>
          <w:b/>
          <w:i/>
          <w:color w:val="101820"/>
          <w:sz w:val="32"/>
        </w:rPr>
        <w:t>A restaurant eventually pays for every truth its leaders do not face.</w:t>
      </w:r>
    </w:p>
    <w:p>
      <w:pPr>
        <w:jc w:val="center"/>
      </w:pPr>
      <w:r>
        <w:rPr>
          <w:b/>
          <w:color w:val="C89B4A"/>
          <w:sz w:val="24"/>
        </w:rPr>
        <w:t>Truth  →  Cost  →  System</w:t>
      </w:r>
    </w:p>
    <w:p>
      <w:r>
        <w:br w:type="page"/>
      </w:r>
    </w:p>
    <w:p>
      <w:pPr>
        <w:spacing w:after="160"/>
        <w:jc w:val="center"/>
      </w:pPr>
      <w:r>
        <w:rPr>
          <w:rFonts w:ascii="Arial" w:hAnsi="Arial"/>
          <w:b/>
          <w:color w:val="AA782D"/>
          <w:sz w:val="36"/>
        </w:rPr>
        <w:t>NEW IN THE UPDATED EDITION</w:t>
      </w:r>
    </w:p>
    <w:p>
      <w:pPr>
        <w:spacing w:after="240"/>
        <w:jc w:val="center"/>
      </w:pPr>
      <w:r>
        <w:rPr>
          <w:rFonts w:ascii="Arial" w:hAnsi="Arial"/>
          <w:sz w:val="21"/>
        </w:rPr>
        <w:t>The following 74 prompts extend the original 50-prompt collection with manager development, employee training and certification, facilities and maintenance, and cross-system pressure testing.</w:t>
      </w:r>
    </w:p>
    <w:p>
      <w:pPr>
        <w:keepNext/>
        <w:spacing w:before="320" w:after="120"/>
      </w:pPr>
      <w:r>
        <w:rPr>
          <w:rFonts w:ascii="Arial" w:hAnsi="Arial"/>
          <w:b/>
          <w:color w:val="AA782D"/>
          <w:sz w:val="26"/>
        </w:rPr>
        <w:t>MANAGER DEVELOPMENT</w:t>
      </w:r>
    </w:p>
    <w:p>
      <w:pPr>
        <w:keepNext/>
        <w:spacing w:before="140" w:after="60"/>
      </w:pPr>
      <w:r>
        <w:rPr>
          <w:rFonts w:ascii="Arial" w:hAnsi="Arial"/>
          <w:b/>
          <w:color w:val="1C232A"/>
          <w:sz w:val="21"/>
        </w:rPr>
        <w:t>PROMPT 51  •  MANAGER SHIFT HANDOFF SUMMARY</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these Daily Manager Log entries. Summarize the three things the incoming manager most needs to know, identify unresolved items, and name any item that lacks a clear owner. Do not invent facts or turn minor routine notes into formal corrective actions.</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52  •  RECURRING MANAGER LOG PATTERN REVIEW</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the last seven days of Daily Manager Log entries. Identify repeated operational issues, repeated employee or guest concerns, handoff failures, and items that appear to be discussed repeatedly without being closed. Separate one-time events from recurring patterns.</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53  •  DAILY MANAGER LOG QUALITY CHECK</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these Manager Log entries for usefulness. Flag entries that are too vague, overly detailed, inappropriate for a general shift log, or missing the information the next manager needs. Rewrite only the weak entries in a friendly, concise handoff style.</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54  •  PRE-SHIFT VS MANAGER LOG VS HANDOFF DECISION</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For each item below, decide whether it belongs in the Daily Manager Log, GRV-M22 Pre-Shift Leadership Brief, GRV-M25 Cross-Functional Handoff &amp; Alignment Plan, or another Gravity system. Explain the placement briefly and avoid duplicating the same record.</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55  •  ROLE-BASED MANAGER LEARNING PATH</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Using this manager's current role, experience, decision rights, and readiness evidence, build a practical development path for Shift Leader, Manager on Duty, Assistant GM, or General Manager responsibilities. Include what to learn, what to practice, what must be observed, what must be independently verified, and what evidence is required before authority expands.</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56  •  SHIFT LEADER DEVELOPMENT PLAN</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Using the information below, create a Shift Leader development plan focused on shift readiness, clear communication, deployment, basic guest recovery, handoff discipline, and escalation judgment. Include representative practice and verification before independent authority.</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57  •  SHIFT LEADER TO MOD READINESS</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Evaluate whether this Shift Leader appears ready to begin Manager on Duty practice. Identify the decision-rights knowledge, shift-control behaviors, guest recovery ability, coaching behavior, handoff discipline, and representative practice still needed before independent MOD authority.</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58  •  MOD DEVELOPMENT PLAN</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Build a Manager on Duty development plan focused on full-shift control, labor and sales awareness, guest recovery, coaching, corrective follow-through, and manager-log continuity. Separate what can be practiced with support from what requires independent verification.</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59  •  MOD TO AGM READINESS</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Evaluate whether this MOD appears ready for Assistant GM-level development. Focus on follow-through, standards verification, training/competency oversight, labor/food-cost awareness, corrective-action closure, cross-functional ownership, and ability to support other managers rather than simply run a shift.</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60  •  AGM DEVELOPMENT PLAN</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Build an Assistant GM development plan focused on standards verification, training and competency follow-up, cross-functional closure, basic labor and food-cost review, manager coaching, and operating follow-through. Define evidence that would show the AGM can carry these responsibilities without repeated GM rescue.</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61  •  AGM TO GM READINESS</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Evaluate whether this Assistant GM appears ready for General Manager-level development. Focus on business control, manager development, system ownership, financial judgment, staffing, guest retention, risk, owner alignment, and ability to operate without repeated owner rescue.</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62  •  GENERAL MANAGER DEVELOPMENT PLAN</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Create a General Manager development plan using the evidence below. Include business control, system installation, manager development, owner alignment, financial/operating review, staffing, risk, guest retention, and verified outcomes. Do not treat title or tenure as proof of readiness.</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63  •  AUTHORITY READINESS CHECK</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this manager's readiness assessment, observations, coaching records, role-ramp record, and representative shift evidence. State which responsibilities appear ready for greater authority, which still require support, and exactly what evidence is missing.</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64  •  MANAGER DECISION-RIGHTS CHECK</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the proposed manager responsibilities below. Separate what the role may decide, what requires approval, what requires consultation, what must be reported, and what must be escalated. Flag any authority that is unclear or unsupported by the role charter.</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65  •  MANAGER KNOWLEDGE CHECK BUILDER</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Using the approved role standards below, create a short manager knowledge check that tests judgment and understanding rather than trivia. Include an answer key and identify which questions require discussion rather than automatic scoring.</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66  •  REPRESENTATIVE PRACTICE PLANNER</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Given this manager-development goal, design one realistic practice assignment that can demonstrate the required capability. Include context, authority limits, safeguards, observer, evidence to collect, and what would count as successful verification.</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67  •  COACHING FOLLOW-THROUGH REVIEW</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the coaching record and follow-up evidence below. Determine whether the behavior improved, whether support was adequate, what remains unresolved, and whether the next step should be continued practice, changed support, escalation, or verified closure.</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68  •  MANAGER CORRECTIVE-ACTION CLOSURE REVIEW</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these manager-development actions. For each item, classify it as Open, Assigned, Correction in Progress, Corrected, or Verified Closed. Flag any item marked closed without evidence that the correction actually worked.</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69  •  MANAGER FOLLOW-THROUGH PRIORITY REVIEW</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these open manager-development actions. Prioritize them by operational consequence, identify overdue items, flag actions without owners or verification methods, and recommend the smallest next step needed to move each toward Verified Closed.</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70  •  AGM FOLLOW-THROUGH FOCUS</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these unresolved manager, guest, training, maintenance, staffing, and operating items. Identify which items are appropriate for the Assistant GM to verify or close, which belong to another Gravity system owner, and which require GM or owner escalation.</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71  •  MANAGER MEETING DECISION SUMMARY</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Turn these manager meeting notes into a concise decision record: decisions made, owner, due date, evidence required, unresolved questions, and next review. Do not rewrite discussion that does not affect a decision or follow-up.</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72  •  MANAGER DEVELOPMENT WEEKLY REVIEW</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Using this week's readiness, role-ramp progress, coaching, observations, manager-log patterns, open actions, and bench information, prepare a one-page weekly manager-development review with: what improved, what remains weak, decisions needed, risks, and next actions.</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73  •  LEADERSHIP BEHAVIOR PATTERN REVIEW</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these observations and coaching records for patterns in listening, clarity, fairness, delegation, follow-through, pressure response, and accountability. Identify strengths and development priorities using only evidence provided.</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74  •  MANAGER BENCH RISK REVIEW</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the manager capability and successor information below. Identify critical roles with weak backup coverage, managers closest to readiness, development bottlenecks, and the top three actions that would most strengthen bench depth without promoting people before they are ready.</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75  •  OWNER DAILY LEADERSHIP BRIEF</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Using only the significant Daily Manager Log items, end-of-day exceptions, and verified open actions below, create a short owner brief. Include what changed, what is outside standard, who owns it, what remains unresolved, and what requires owner attention. Exclude routine information that does not need owner involvement.</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76  •  30-DAY ACCELERATED MANAGER-SYSTEM PLAN</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Create a 30-Day Accelerated GRV-M installation plan for the stated manager-development pressure. Follow this sequence: Days 1-5 measure and define; Days 6-10 train and pilot; Days 11-20 execute and coach; Days 21-27 stress-test; Days 28-30 verify and decide. Use only 3-5 tools and one accountable owner.</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77  •  60-DAY GUIDED MANAGER-SYSTEM PLAN</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Create a 60-Day Guided GRV-M installation plan. Follow this sequence: Days 1-10 learn and measure; Days 11-20 define and prepare; Days 21-30 train and practice; Day 30 midpoint gate; Days 31-46 guided execution; Days 47-54 stress-test; Days 55-60 verify and hold. Do not simply double the 30-day plan.</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78  •  DAY-30 / DAY-60 MANAGER DECISION GATE</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the implementation evidence below and prepare the Day-30 or Day-60 decision. State what should be kept, changed, removed, expanded, or held. Identify any control that is creating paperwork without useful decisions or evidence.</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79  •  MANAGER-SYSTEM DUPLICATION CHECK</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the proposed GRV-M forms, logs, meetings, and records below. Identify duplicate information, unclear ownership, and any item that should reference another system's verified result rather than collect the same information again. Recommend the simplest Gravity-aligned design.</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320" w:after="120"/>
      </w:pPr>
      <w:r>
        <w:rPr>
          <w:rFonts w:ascii="Arial" w:hAnsi="Arial"/>
          <w:b/>
          <w:color w:val="AA782D"/>
          <w:sz w:val="26"/>
        </w:rPr>
        <w:t>EMPLOYEE TRAINING &amp; CERTIFICATION</w:t>
      </w:r>
    </w:p>
    <w:p>
      <w:pPr>
        <w:keepNext/>
        <w:spacing w:before="140" w:after="60"/>
      </w:pPr>
      <w:r>
        <w:rPr>
          <w:rFonts w:ascii="Arial" w:hAnsi="Arial"/>
          <w:b/>
          <w:color w:val="1C232A"/>
          <w:sz w:val="21"/>
        </w:rPr>
        <w:t>PROMPT 80  •  DAILY TRAINING SUMMARY</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these Daily Training Log entries. Summarize who trained, what progressed, who needs more practice, who appears ready for independent verification, and what the manager should follow up on next shift. Do not mark anyone certified based only on notes.</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81  •  STALLED TRAINEE REVIEW</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this employee's training history. Identify where progress appears stalled, distinguish possible standard/trainer/practice/employee factors, and recommend the next practical training step. Do not invent a cause that is not supported by the records.</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82  •  CERTIFICATION READINESS CHECK</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Evaluate the following training record against the Gravity certification gate: required learning complete, required knowledge check passed where applicable, skill demonstrated, representative live performance observed where appropriate, independent verification complete, and manager approval recorded. Identify what is still missing before C - Certified.</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83  •  TRAINER CALIBRATION REVIEW</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Compare these trainer observations and sign-offs for the same position. Identify inconsistent standards, scoring differences, unclear expectations, or evidence that trainers are teaching different versions of the work. Recommend what the GM should recalibrate.</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84  •  CROSS-TRAINING PRIORITY</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Using the competency matrix, schedule, and known coverage needs below, recommend the three cross-training moves that would reduce the greatest operating risk. Consider current ability, readiness, call-out vulnerability, business volume, and trainer capacity.</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85  •  RETRAINING PLAN</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Using the verified performance gap below, build a short retraining plan that states the standard to relearn, practice required, trainer, retest method, evidence needed, and completion decision. Keep coaching separate from punishment.</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86  •  REPEATED FAILURE REVIEW</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these repeated failed competencies or retraining records. Determine whether the evidence points more strongly to unclear standards, insufficient practice, trainer inconsistency, weak verification, or failure to follow the standard. State what is known, what is uncertain, and what should be checked next.</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87  •  TRAINING RISK PRIORITY</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Rank the following training gaps by likely service, safety, compliance, quality, staffing, and guest impact. Recommend only the highest-value actions the management team can realistically complete during the next review period.</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88  •  CORRECTIVE ACTION CLOSURE</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this training corrective action. Determine whether the available evidence supports Open, Assigned, Corrected, or Verified Closed. Explain what additional evidence is needed if closure cannot yet be verified.</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89  •  MONTHLY TRAINING HEALTH REVIEW</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the monthly training measures below. Compare expected versus actual performance, identify meaningful variances, explain only causes supported by the data, flag the highest-risk competency gap, and recommend the next three actions.</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90  •  KNOWLEDGE CHECK REVIEW</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these missed knowledge-check questions and identify what should be retaught. Do not infer practical competence from quiz performance alone; recommend observation where the skill must be demonstrated.</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91  •  COVERAGE RISK BEFORE SCHEDULING</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this competency matrix and proposed schedule. Identify shifts or stations that depend on only one verified/certified person, where the schedule relies on employees still Learning or Practicing, and where cross-training would most improve resilience. Route staffing decisions to the labor-control process rather than rewriting the schedule blindly.</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320" w:after="120"/>
      </w:pPr>
      <w:r>
        <w:rPr>
          <w:rFonts w:ascii="Arial" w:hAnsi="Arial"/>
          <w:b/>
          <w:color w:val="AA782D"/>
          <w:sz w:val="26"/>
        </w:rPr>
        <w:t>FACILITIES &amp; MAINTENANCE</w:t>
      </w:r>
    </w:p>
    <w:p>
      <w:pPr>
        <w:keepNext/>
        <w:spacing w:before="140" w:after="60"/>
      </w:pPr>
      <w:r>
        <w:rPr>
          <w:rFonts w:ascii="Arial" w:hAnsi="Arial"/>
          <w:b/>
          <w:color w:val="1C232A"/>
          <w:sz w:val="21"/>
        </w:rPr>
        <w:t>PROMPT 92  •  FACILITY RISK PRIORITY REVIEW</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the facilities and maintenance records below. Identify the highest-risk open items using guest impact, safety exposure, food-loss risk, downtime, repeat failure, repair age, vendor delay, and capital risk. Recommend the top three management priorities and explain why each matters operationally.</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93  •  OPEN REPAIR TRIAGE</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the open repair log. Separate routine repairs from items that require urgent attention, owner approval, vendor escalation, temporary controls, or continuity planning. Do not classify an issue as resolved unless verified closure evidence is present.</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94  •  PREVENTIVE MAINTENANCE GAP REVIEW</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Analyze the preventive-maintenance calendar and identify overdue tasks, recurring deferrals, missing owners, assets without a service rhythm, and tasks that should be escalated because of criticality.</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95  •  DOWNTIME IMPACT SUMMARY</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these downtime records. Summarize total downtime, repeated assets, affected dayparts, guest/service impact, lost product/time/sales evidence, and which failures should trigger deeper corrective action.</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96  •  VENDOR PERFORMANCE REVIEW</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vendor service records for response time, completed work, repeated callbacks, invoice/quote mismatch, unresolved issues, and verification quality. Identify vendors that need review, renegotiation, or replacement consideration.</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97  •  WARRANTY AND CONTRACT WATCH</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the warranty, lease, and service-contract tracker. Identify upcoming renewals, expired protections, unclear coverage, repeated paid repairs that may have been covered, and contracts requiring owner decision.</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98  •  DAILY FACILITY HANDOFF SUMMARY</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Turn the daily readiness and closing condition notes into a concise next-manager handoff. Include only material issues, urgent hazards, unresolved repairs, owner assignments, and next-shift actions.</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99  •  MONTHLY FACILITY SCORECARD SUMMARY</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the monthly facility scorecard. Summarize what improved, what worsened, what remains open, which assets or areas are creating the most operational strain, and what management decision is needed next.</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100  •  QUARTERLY FACILITY AUDIT ANALYSIS</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Analyze the quarterly facility audit and photo/evidence references. Identify repeated locations, repeated asset classes, high-risk findings, weak closure evidence, and the top priorities for the next 90-day facility improvement plan.</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101  •  CORRECTIVE-ACTION CLOSURE CHECK</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Evaluate these maintenance corrective-action records. Identify which items are not ready for Verified Closed because evidence is missing, the correction was not tested, the issue repeated, the owner is unclear, or the underlying cause was not confirmed.</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102  •  CAPITAL RENEWAL ROADMAP DRAFT</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Using the facility asset register, capital watchlist, downtime records, repair history, and owner priorities, draft a 12-month capital-renewal roadmap. Separate must-do risk items from nice-to-have improvements.</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103  •  TRIVIAL-VS-FORMAL CORRECTIVE ACTION</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the maintenance issues below and decide which ones need formal corrective action and which ones should remain normal management corrections. Explain your reasoning using recurrence, cost, risk, safety, guest impact, and likelihood of return.</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104  •  FACILITY READINESS FOR BUSY WEEKEND</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current open repairs, PM status, asset condition, vendor follow-up, and daily-readiness notes. Identify what must be handled before the upcoming busy weekend and what can wait without creating unreasonable risk.</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105  •  AFTER-VENDOR VISIT REVIEW</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the vendor service work record. Determine whether the work is ready to verify closed, needs recheck, should remain open, or should be disputed. List any missing evidence before approval/payment.</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106  •  FACILITY FAILURE ROOT-CAUSE QUESTIONS</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Based on the repeated facility or equipment problem below, generate the best root-cause questions a manager should ask before choosing a fix. Do not assume the cause; organize questions by equipment condition, usage, cleaning, training, maintenance interval, parts, vendor work, and operating environment.</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107  •  FACILITY CONTROL WEEKLY MEETING AGENDA</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Using these open facility records, create a 15-minute weekly manager meeting agenda. Include decisions needed, overdue items, urgent risks, vendor escalations, capital watch items, and verified closures.</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108  •  GRV-FM30 IMPROVEMENT PLAN BUILDER</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Using the quarterly audit, scorecard, open repair review, capital watchlist, and downtime records, draft a 90-Day Facility Control Improvement Plan with three priorities, owners, milestones, 30/60 checkpoints, success evidence, and final verification.</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109  •  FACILITY DATA QUALITY CHECK</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these facility records for missing dates, duplicate IDs, unclear owners, missing due dates, vague problem descriptions, unsupported closure claims, missing vendor names, and inconsistent statuses. Produce a correction list without inventing missing data.</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110  •  MULTI-SYSTEM HANDOFF REVIEW</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the facility issue below and determine whether it belongs only in GRV-FM or must also involve GRV-FS, GRV-RC, GRV-P, GRV-I, or GRV-IV. Explain the boundary without duplicating the same record across systems.</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320" w:after="120"/>
      </w:pPr>
      <w:r>
        <w:rPr>
          <w:rFonts w:ascii="Arial" w:hAnsi="Arial"/>
          <w:b/>
          <w:color w:val="AA782D"/>
          <w:sz w:val="26"/>
        </w:rPr>
        <w:t>CROSS-SYSTEM PRESSURE TESTS</w:t>
      </w:r>
    </w:p>
    <w:p>
      <w:pPr>
        <w:keepNext/>
        <w:spacing w:before="140" w:after="60"/>
      </w:pPr>
      <w:r>
        <w:rPr>
          <w:rFonts w:ascii="Arial" w:hAnsi="Arial"/>
          <w:b/>
          <w:color w:val="1C232A"/>
          <w:sz w:val="21"/>
        </w:rPr>
        <w:t>PROMPT 111  •  CROSS-SYSTEM ROUTING</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the restaurant problem below and identify which Gravity Operating System should own the original record, which other systems need only a verified handoff, and which system should verify implementation. Do not duplicate records simply because multiple systems touch the issue. Explain the routing in plain restaurant language.</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112  •  SHIFT PRESSURE TRIAGE</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Given the following live shift problems, rank what the manager should address first using this order: immediate safety/legal/emergency/cash risk, guest harm, operating continuity, employee stability, financial loss, then optimization. Name the primary Gravity system for each issue and identify anything that can wait.</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113  •  CORRECTIVE-ACTION CLOSURE TEST</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these open corrective actions. Flag anything marked complete or closed without evidence that the correction worked. For each weak closure, state what evidence would justify Verified Closed and who should verify it.</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114  •  RECURRING-PROBLEM DETECTOR</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these Manager Log, audit, complaint, maintenance, training, or variance records. Identify problems that appear to be recurring even if they were described differently on different days. Separate one-time noise from patterns that deserve corrective action.</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115  •  BAD-DATA CHALLENGE</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the following restaurant dashboard or worksheet data. Identify missing sources, inconsistent definitions, suspicious defaults, stale dates, unexplained zeros, estimates presented as actuals, or sample/demo data that could mislead management. Do not invent corrections; state what must be verified.</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116  •  3-5 TOOL STARTER SET</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Given this one restaurant pressure point, select only the 3-5 Gravity tools that create the minimum useful control loop. Explain why each is necessary and explicitly exclude tools that would add paperwork without changing a decision or producing needed evidence.</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117  •  SHORT-STAFFED SHIFT PLAN</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Using this sales forecast, scheduled staffing, employee competency matrix, call-outs, and minimum coverage requirements, identify the safest workable deployment plan. Do not treat an employee as qualified for a station unless the provided competency record supports it.</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118  •  FORECAST MISS REVIEW</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Compare forecast sales/guests/labor to actual results. Separate forecast-model error from an unexpected event, execution issue, weather/calendar factor, capacity issue, or bad source data. Recommend what should be preserved as a lesson for the next comparable day.</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119  •  WALK-IN / EQUIPMENT FAILURE ROUTER</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this equipment failure. Separate the Facilities &amp; Maintenance record, any Food Safety action, any Risk &amp; Continuity response, and any Food Cost inventory-loss record. Identify the one original record for each subject and the minimum handoffs between systems.</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120  •  CASH EXCEPTION BOUNDARY CHECK</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this cash/payment exception. Identify what belongs in Cash Controls &amp; Loss Prevention, what may require an authorized HR/employment process, what can be coached through Manager Development, and what should not be copied into general manager notes because it is confidential or investigative.</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121  •  SOP CHANGE INSTALLATION CHECK</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A restaurant changed the following SOP. Build a verification checklist showing: controlled version, affected roles, training requirement, competency evidence, launch date, observation sample, corrective action for misses, and evidence required before the change can be considered adopted.</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122  •  MULTI-UNIT DRIFT TEST</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Compare these two locations' versions of the same standard or operating process. Identify meaningful drift, local differences that may be legitimate, conflicting source versions, and anything that needs Standards &amp; Intelligence review before one location copies the other.</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123  •  OWNER DAILY SIGNAL FILTER</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Review today's restaurant records and identify the few items an involved owner genuinely needs to know. Exclude routine activity that management already controlled. Prioritize significant variances, unresolved risks, repeated problems, missed commitments, and decisions requiring owner authority.</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p>
      <w:pPr>
        <w:keepNext/>
        <w:spacing w:before="140" w:after="60"/>
      </w:pPr>
      <w:r>
        <w:rPr>
          <w:rFonts w:ascii="Arial" w:hAnsi="Arial"/>
          <w:b/>
          <w:color w:val="1C232A"/>
          <w:sz w:val="21"/>
        </w:rPr>
        <w:t>PROMPT 124  •  PRESSURE-TEST A GRAVITY TOOL</w:t>
      </w:r>
    </w:p>
    <w:tbl>
      <w:tblPr>
        <w:tblW w:type="auto" w:w="0"/>
        <w:tblLayout w:type="fixed"/>
        <w:tblLook w:firstColumn="1" w:firstRow="1" w:lastColumn="0" w:lastRow="0" w:noHBand="0" w:noVBand="1" w:val="04A0"/>
      </w:tblPr>
      <w:tblGrid>
        <w:gridCol w:w="9720"/>
      </w:tblGrid>
      <w:tr>
        <w:tc>
          <w:tcPr>
            <w:tcW w:type="dxa" w:w="10282"/>
            <w:vAlign w:val="top"/>
            <w:shd w:fill="F1EEE7"/>
            <w:tcMar>
              <w:top w:w="170" w:type="dxa"/>
              <w:start w:w="220" w:type="dxa"/>
              <w:bottom w:w="190" w:type="dxa"/>
              <w:end w:w="220" w:type="dxa"/>
            </w:tcMar>
          </w:tcPr>
          <w:p>
            <w:pPr>
              <w:spacing w:after="0" w:line="259" w:lineRule="auto"/>
            </w:pPr>
            <w:r>
              <w:rPr>
                <w:rFonts w:ascii="Arial" w:hAnsi="Arial"/>
                <w:color w:val="212529"/>
                <w:sz w:val="18"/>
              </w:rPr>
              <w:t>Pressure-test the following Gravity form or workflow as if the restaurant is busy, short staffed, and the manager has ten minutes. Identify fields that are essential, fields that duplicate another source, decisions the tool should produce, what evidence proves completion, and what could be simplified without weakening control.</w:t>
            </w:r>
          </w:p>
        </w:tc>
      </w:tr>
    </w:tbl>
    <w:p>
      <w:pPr>
        <w:keepLines/>
        <w:spacing w:before="40" w:after="100"/>
      </w:pPr>
      <w:r>
        <w:rPr>
          <w:rFonts w:ascii="Arial" w:hAnsi="Arial"/>
          <w:i/>
          <w:color w:val="5A5A5A"/>
          <w:sz w:val="16"/>
        </w:rPr>
        <w:t>Manager check: Use current records and verified standards. Review the answer before acting; AI does not replace management judgment.</w:t>
      </w:r>
    </w:p>
    <w:sectPr w:rsidR="00FC693F" w:rsidRPr="0006063C" w:rsidSect="00034616">
      <w:headerReference w:type="default" r:id="rId9"/>
      <w:footerReference w:type="default" r:id="rId10"/>
      <w:headerReference w:type="first" r:id="rId11"/>
      <w:footerReference w:type="first" r:id="rId12"/>
      <w:pgSz w:w="12240" w:h="15840"/>
      <w:pgMar w:top="835" w:right="979" w:bottom="835" w:left="979" w:header="360" w:footer="403"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5F5F5F"/>
        <w:sz w:val="16"/>
      </w:rPr>
      <w:t xml:space="preserve">GRAVITY  |  </w:t>
    </w:r>
    <w:fldSimple w:instr="PAGE"/>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8" w:space="4" w:color="C89B4A"/>
      </w:pBdr>
    </w:pPr>
    <w:r>
      <w:rPr>
        <w:rFonts w:ascii="Aptos" w:hAnsi="Aptos"/>
        <w:b/>
        <w:color w:val="C89B4A"/>
        <w:sz w:val="15"/>
      </w:rPr>
      <w:t>GRAVITY  •  THE RESTAURANT LEADERSHIP SYSTEM</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10" w:line="252" w:lineRule="auto"/>
    </w:pPr>
    <w:rPr>
      <w:rFonts w:ascii="Aptos" w:hAnsi="Aptos"/>
      <w:color w:val="252A2E"/>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01820"/>
      <w:sz w:val="3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89B4A"/>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01820"/>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Restaurant AI Prompts &amp; Systems Workbook — Updated Edition</dc:title>
  <dc:subject>124 practical AI prompts for restaurant managers</dc:subject>
  <dc:creator>Thomas Butler</dc:creator>
  <cp:keywords>Gravity System, restaurant management, AI prompts, Thomas Butler</cp:keywords>
  <dc:description>Updated August 25, 2026. Gravity Aware content excluded.</dc:description>
  <cp:lastModifiedBy/>
  <cp:revision>1</cp:revision>
  <dcterms:created xsi:type="dcterms:W3CDTF">2013-12-23T23:15:00Z</dcterms:created>
  <dcterms:modified xsi:type="dcterms:W3CDTF">2013-12-23T23:15:00Z</dcterms:modified>
  <cp:category/>
</cp:coreProperties>
</file>